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628B" w14:textId="4B14FFBA" w:rsidR="00BE460C" w:rsidRPr="007A1137" w:rsidRDefault="00BE460C" w:rsidP="00BE460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Hlk214383063"/>
      <w:r w:rsidRPr="007A1137">
        <w:rPr>
          <w:rFonts w:ascii="Arial" w:hAnsi="Arial" w:cs="Arial"/>
          <w:b/>
          <w:sz w:val="28"/>
          <w:szCs w:val="28"/>
          <w:u w:val="single"/>
        </w:rPr>
        <w:t>PTFA Meetin</w:t>
      </w:r>
      <w:r w:rsidR="00D11BC8">
        <w:rPr>
          <w:rFonts w:ascii="Arial" w:hAnsi="Arial" w:cs="Arial"/>
          <w:b/>
          <w:sz w:val="28"/>
          <w:szCs w:val="28"/>
          <w:u w:val="single"/>
        </w:rPr>
        <w:t xml:space="preserve">g </w:t>
      </w:r>
      <w:r w:rsidR="00BC2114">
        <w:rPr>
          <w:rFonts w:ascii="Arial" w:hAnsi="Arial" w:cs="Arial"/>
          <w:b/>
          <w:sz w:val="28"/>
          <w:szCs w:val="28"/>
          <w:u w:val="single"/>
        </w:rPr>
        <w:t>Tuesday</w:t>
      </w:r>
      <w:r w:rsidRPr="007A113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F2719">
        <w:rPr>
          <w:rFonts w:ascii="Arial" w:hAnsi="Arial" w:cs="Arial"/>
          <w:b/>
          <w:sz w:val="28"/>
          <w:szCs w:val="28"/>
          <w:u w:val="single"/>
        </w:rPr>
        <w:t>9</w:t>
      </w:r>
      <w:r w:rsidR="008F2719" w:rsidRPr="008F2719">
        <w:rPr>
          <w:rFonts w:ascii="Arial" w:hAnsi="Arial" w:cs="Arial"/>
          <w:b/>
          <w:sz w:val="28"/>
          <w:szCs w:val="28"/>
          <w:u w:val="single"/>
          <w:vertAlign w:val="superscript"/>
        </w:rPr>
        <w:t>th</w:t>
      </w:r>
      <w:r w:rsidR="008F2719">
        <w:rPr>
          <w:rFonts w:ascii="Arial" w:hAnsi="Arial" w:cs="Arial"/>
          <w:b/>
          <w:sz w:val="28"/>
          <w:szCs w:val="28"/>
          <w:u w:val="single"/>
        </w:rPr>
        <w:t xml:space="preserve"> JUNE</w:t>
      </w:r>
      <w:r w:rsidR="0015444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196EDC">
        <w:rPr>
          <w:rFonts w:ascii="Arial" w:hAnsi="Arial" w:cs="Arial"/>
          <w:b/>
          <w:sz w:val="28"/>
          <w:szCs w:val="28"/>
          <w:u w:val="single"/>
        </w:rPr>
        <w:t>2026</w:t>
      </w:r>
    </w:p>
    <w:p w14:paraId="60941B6A" w14:textId="2CDFCD45" w:rsidR="00BE460C" w:rsidRDefault="00BE460C" w:rsidP="00BE460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1137">
        <w:rPr>
          <w:rFonts w:ascii="Arial" w:hAnsi="Arial" w:cs="Arial"/>
          <w:b/>
          <w:sz w:val="28"/>
          <w:szCs w:val="28"/>
          <w:u w:val="single"/>
        </w:rPr>
        <w:t xml:space="preserve">Lamb and Flag PH, </w:t>
      </w:r>
      <w:r w:rsidR="00D11BC8">
        <w:rPr>
          <w:rFonts w:ascii="Arial" w:hAnsi="Arial" w:cs="Arial"/>
          <w:b/>
          <w:sz w:val="28"/>
          <w:szCs w:val="28"/>
          <w:u w:val="single"/>
        </w:rPr>
        <w:t>7.30</w:t>
      </w:r>
      <w:r w:rsidRPr="007A1137">
        <w:rPr>
          <w:rFonts w:ascii="Arial" w:hAnsi="Arial" w:cs="Arial"/>
          <w:b/>
          <w:sz w:val="28"/>
          <w:szCs w:val="28"/>
          <w:u w:val="single"/>
        </w:rPr>
        <w:t>pm</w:t>
      </w:r>
    </w:p>
    <w:p w14:paraId="20D2A38A" w14:textId="1D73F58A" w:rsidR="00D11BC8" w:rsidRPr="0004346E" w:rsidRDefault="00D11BC8" w:rsidP="00BE460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 xml:space="preserve">          </w:t>
      </w:r>
      <w:r w:rsidR="00A650AA">
        <w:rPr>
          <w:rFonts w:ascii="Arial" w:hAnsi="Arial" w:cs="Arial"/>
          <w:b/>
          <w:sz w:val="28"/>
          <w:szCs w:val="28"/>
          <w:u w:val="single"/>
        </w:rPr>
        <w:t>Minutes</w:t>
      </w:r>
    </w:p>
    <w:p w14:paraId="7CD21996" w14:textId="3A305388" w:rsidR="00D56313" w:rsidRPr="00BE460C" w:rsidRDefault="00D56313" w:rsidP="00BE460C">
      <w:pPr>
        <w:rPr>
          <w:rFonts w:ascii="Arial" w:hAnsi="Arial" w:cs="Arial"/>
        </w:rPr>
      </w:pPr>
    </w:p>
    <w:tbl>
      <w:tblPr>
        <w:tblStyle w:val="TableGrid"/>
        <w:tblW w:w="10207" w:type="dxa"/>
        <w:tblInd w:w="-998" w:type="dxa"/>
        <w:tblLook w:val="04A0" w:firstRow="1" w:lastRow="0" w:firstColumn="1" w:lastColumn="0" w:noHBand="0" w:noVBand="1"/>
      </w:tblPr>
      <w:tblGrid>
        <w:gridCol w:w="1270"/>
        <w:gridCol w:w="8937"/>
      </w:tblGrid>
      <w:tr w:rsidR="00797ACA" w:rsidRPr="00DF0631" w14:paraId="7C158B7B" w14:textId="77777777" w:rsidTr="00AE797B">
        <w:trPr>
          <w:trHeight w:val="475"/>
        </w:trPr>
        <w:tc>
          <w:tcPr>
            <w:tcW w:w="1270" w:type="dxa"/>
            <w:shd w:val="clear" w:color="auto" w:fill="E5B8B7" w:themeFill="accent2" w:themeFillTint="66"/>
          </w:tcPr>
          <w:p w14:paraId="7451FF2E" w14:textId="3874ABA8" w:rsidR="00797ACA" w:rsidRPr="00DF0631" w:rsidRDefault="00797ACA" w:rsidP="00D5631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8937" w:type="dxa"/>
            <w:shd w:val="clear" w:color="auto" w:fill="E5B8B7" w:themeFill="accent2" w:themeFillTint="66"/>
          </w:tcPr>
          <w:p w14:paraId="2D6A7D8B" w14:textId="2146AACD" w:rsidR="00797ACA" w:rsidRPr="00DF0631" w:rsidRDefault="00797ACA" w:rsidP="00D5631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Minutes</w:t>
            </w:r>
          </w:p>
        </w:tc>
      </w:tr>
      <w:tr w:rsidR="00797ACA" w:rsidRPr="00DF0631" w14:paraId="79CE7678" w14:textId="77777777" w:rsidTr="00AE797B">
        <w:tc>
          <w:tcPr>
            <w:tcW w:w="1270" w:type="dxa"/>
          </w:tcPr>
          <w:p w14:paraId="6194D84E" w14:textId="2ADD4569" w:rsidR="00797ACA" w:rsidRPr="00DF0631" w:rsidRDefault="00797ACA" w:rsidP="001C690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37" w:type="dxa"/>
          </w:tcPr>
          <w:p w14:paraId="08D05DA9" w14:textId="566A2482" w:rsidR="00696C18" w:rsidRPr="00713EBF" w:rsidRDefault="00797ACA" w:rsidP="00FD317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Person</w:t>
            </w:r>
            <w:r w:rsidR="00857B4C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 attendance –</w:t>
            </w:r>
            <w:r w:rsidR="0017724D" w:rsidRPr="00DF06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7724D" w:rsidRPr="00713EBF">
              <w:rPr>
                <w:rFonts w:ascii="Arial" w:hAnsi="Arial" w:cs="Arial"/>
                <w:bCs/>
                <w:sz w:val="24"/>
                <w:szCs w:val="24"/>
              </w:rPr>
              <w:t>Libby Clark, Liz Plimmer, Grace Northwood</w:t>
            </w:r>
            <w:r w:rsidR="00A849F7" w:rsidRPr="00713EBF">
              <w:rPr>
                <w:rFonts w:ascii="Arial" w:hAnsi="Arial" w:cs="Arial"/>
                <w:bCs/>
                <w:sz w:val="24"/>
                <w:szCs w:val="24"/>
              </w:rPr>
              <w:t>, Nic</w:t>
            </w:r>
            <w:r w:rsidR="003F462E" w:rsidRPr="00713EBF">
              <w:rPr>
                <w:rFonts w:ascii="Arial" w:hAnsi="Arial" w:cs="Arial"/>
                <w:bCs/>
                <w:sz w:val="24"/>
                <w:szCs w:val="24"/>
              </w:rPr>
              <w:t>ola Beards</w:t>
            </w:r>
          </w:p>
          <w:p w14:paraId="3F301AAD" w14:textId="77777777" w:rsidR="0017724D" w:rsidRPr="00DF0631" w:rsidRDefault="0017724D" w:rsidP="00FD31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746888" w14:textId="3CA5C980" w:rsidR="0017724D" w:rsidRPr="00DF0631" w:rsidRDefault="0017724D" w:rsidP="00FD31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97ACA" w:rsidRPr="00DF0631" w14:paraId="17252B28" w14:textId="77777777" w:rsidTr="00AE797B">
        <w:tc>
          <w:tcPr>
            <w:tcW w:w="1270" w:type="dxa"/>
          </w:tcPr>
          <w:p w14:paraId="3E992DD9" w14:textId="6A008216" w:rsidR="00797ACA" w:rsidRPr="00DF0631" w:rsidRDefault="00797ACA" w:rsidP="001C690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937" w:type="dxa"/>
          </w:tcPr>
          <w:p w14:paraId="65499298" w14:textId="38B9CA98" w:rsidR="00797ACA" w:rsidRPr="00DF0631" w:rsidRDefault="00797ACA" w:rsidP="00D5631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Apologies –</w:t>
            </w:r>
            <w:r w:rsidR="00A849F7" w:rsidRPr="00DF06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C6903" w:rsidRPr="00713EBF">
              <w:rPr>
                <w:rFonts w:ascii="Arial" w:hAnsi="Arial" w:cs="Arial"/>
                <w:bCs/>
                <w:sz w:val="24"/>
                <w:szCs w:val="24"/>
              </w:rPr>
              <w:t>Louise Patrick, Sophie Patrick</w:t>
            </w:r>
            <w:r w:rsidR="00E9270E" w:rsidRPr="00713EBF">
              <w:rPr>
                <w:rFonts w:ascii="Arial" w:hAnsi="Arial" w:cs="Arial"/>
                <w:bCs/>
                <w:sz w:val="24"/>
                <w:szCs w:val="24"/>
              </w:rPr>
              <w:t>, Miss De Ste Croix</w:t>
            </w:r>
          </w:p>
          <w:p w14:paraId="1580B367" w14:textId="77777777" w:rsidR="00797ACA" w:rsidRPr="00DF0631" w:rsidRDefault="00797ACA" w:rsidP="00D11BC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7ACA" w:rsidRPr="00DF0631" w14:paraId="43A04920" w14:textId="77777777" w:rsidTr="00AE797B">
        <w:trPr>
          <w:trHeight w:val="725"/>
        </w:trPr>
        <w:tc>
          <w:tcPr>
            <w:tcW w:w="1270" w:type="dxa"/>
          </w:tcPr>
          <w:p w14:paraId="4ECC5F58" w14:textId="762858DD" w:rsidR="00797ACA" w:rsidRPr="00DF0631" w:rsidRDefault="00797ACA" w:rsidP="001C690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937" w:type="dxa"/>
          </w:tcPr>
          <w:p w14:paraId="19BAE17C" w14:textId="55E86174" w:rsidR="00797ACA" w:rsidRPr="00DF0631" w:rsidRDefault="00797ACA" w:rsidP="00BE46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Acceptance of previous minutes from </w:t>
            </w:r>
            <w:r w:rsidR="001C6903"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05.05.2026</w:t>
            </w: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Pr="00713EBF">
              <w:rPr>
                <w:rFonts w:ascii="Arial" w:hAnsi="Arial" w:cs="Arial"/>
                <w:bCs/>
                <w:sz w:val="24"/>
                <w:szCs w:val="24"/>
              </w:rPr>
              <w:t>Yes by all</w:t>
            </w:r>
          </w:p>
          <w:p w14:paraId="117298A6" w14:textId="77777777" w:rsidR="00797ACA" w:rsidRPr="00DF0631" w:rsidRDefault="00797ACA" w:rsidP="00D5631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D3173" w:rsidRPr="00DF0631" w14:paraId="19543CC6" w14:textId="77777777" w:rsidTr="00AE797B">
        <w:tc>
          <w:tcPr>
            <w:tcW w:w="1270" w:type="dxa"/>
          </w:tcPr>
          <w:p w14:paraId="3BA673BD" w14:textId="63558BCD" w:rsidR="00FD3173" w:rsidRPr="00DF0631" w:rsidRDefault="001C6903" w:rsidP="001C690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937" w:type="dxa"/>
          </w:tcPr>
          <w:p w14:paraId="1AA28B1D" w14:textId="2B8D1391" w:rsidR="00FD3173" w:rsidRPr="00DF0631" w:rsidRDefault="00FD3173" w:rsidP="00FD3173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sz w:val="24"/>
                <w:szCs w:val="24"/>
              </w:rPr>
              <w:t>Friday 15</w:t>
            </w:r>
            <w:r w:rsidRPr="00DF0631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Pr="00DF0631">
              <w:rPr>
                <w:rFonts w:ascii="Arial" w:hAnsi="Arial" w:cs="Arial"/>
                <w:b/>
                <w:sz w:val="24"/>
                <w:szCs w:val="24"/>
              </w:rPr>
              <w:t xml:space="preserve"> MAY 2026 –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F0631">
              <w:rPr>
                <w:rFonts w:ascii="Arial" w:hAnsi="Arial" w:cs="Arial"/>
                <w:sz w:val="24"/>
                <w:szCs w:val="24"/>
              </w:rPr>
              <w:t>Colo</w:t>
            </w:r>
            <w:r w:rsidR="005A7E20">
              <w:rPr>
                <w:rFonts w:ascii="Arial" w:hAnsi="Arial" w:cs="Arial"/>
                <w:sz w:val="24"/>
                <w:szCs w:val="24"/>
              </w:rPr>
              <w:t>u</w:t>
            </w:r>
            <w:r w:rsidRPr="00DF0631">
              <w:rPr>
                <w:rFonts w:ascii="Arial" w:hAnsi="Arial" w:cs="Arial"/>
                <w:sz w:val="24"/>
                <w:szCs w:val="24"/>
              </w:rPr>
              <w:t>r</w:t>
            </w:r>
            <w:proofErr w:type="spellEnd"/>
            <w:r w:rsidRPr="00DF06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7E20">
              <w:rPr>
                <w:rFonts w:ascii="Arial" w:hAnsi="Arial" w:cs="Arial"/>
                <w:sz w:val="24"/>
                <w:szCs w:val="24"/>
              </w:rPr>
              <w:t>R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un </w:t>
            </w:r>
            <w:r w:rsidR="001C6903" w:rsidRPr="00DF0631">
              <w:rPr>
                <w:rFonts w:ascii="Arial" w:hAnsi="Arial" w:cs="Arial"/>
                <w:sz w:val="24"/>
                <w:szCs w:val="24"/>
              </w:rPr>
              <w:t>Evaluation</w:t>
            </w:r>
          </w:p>
          <w:p w14:paraId="7DA2E1C4" w14:textId="6CBC15BC" w:rsidR="007072B4" w:rsidRPr="00DF0631" w:rsidRDefault="007072B4" w:rsidP="00FD31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9ABF1E" w14:textId="3406EEDF" w:rsidR="007072B4" w:rsidRPr="00DF0631" w:rsidRDefault="007072B4" w:rsidP="00FD3173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Positive feedback given from parents</w:t>
            </w:r>
            <w:r w:rsidR="005A7E20">
              <w:rPr>
                <w:rFonts w:ascii="Arial" w:hAnsi="Arial" w:cs="Arial"/>
                <w:sz w:val="24"/>
                <w:szCs w:val="24"/>
              </w:rPr>
              <w:t>.  S</w:t>
            </w:r>
            <w:r w:rsidRPr="00DF0631">
              <w:rPr>
                <w:rFonts w:ascii="Arial" w:hAnsi="Arial" w:cs="Arial"/>
                <w:sz w:val="24"/>
                <w:szCs w:val="24"/>
              </w:rPr>
              <w:t>eemed to run smoothly.</w:t>
            </w:r>
          </w:p>
          <w:p w14:paraId="3209B2EB" w14:textId="3921ABDA" w:rsidR="00353F55" w:rsidRPr="00DF0631" w:rsidRDefault="00353F55" w:rsidP="00FD31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CA92CD" w14:textId="61D5805E" w:rsidR="00353F55" w:rsidRPr="00DF0631" w:rsidRDefault="00353F55" w:rsidP="00FD3173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Waiver and sponsorship for</w:t>
            </w:r>
            <w:r w:rsidR="007072B4" w:rsidRPr="00DF0631">
              <w:rPr>
                <w:rFonts w:ascii="Arial" w:hAnsi="Arial" w:cs="Arial"/>
                <w:sz w:val="24"/>
                <w:szCs w:val="24"/>
              </w:rPr>
              <w:t xml:space="preserve">ms to be </w:t>
            </w:r>
            <w:r w:rsidRPr="00DF0631">
              <w:rPr>
                <w:rFonts w:ascii="Arial" w:hAnsi="Arial" w:cs="Arial"/>
                <w:sz w:val="24"/>
                <w:szCs w:val="24"/>
              </w:rPr>
              <w:t>double sided</w:t>
            </w:r>
            <w:r w:rsidR="005A7E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7E20" w:rsidRPr="00DF0631">
              <w:rPr>
                <w:rFonts w:ascii="Arial" w:hAnsi="Arial" w:cs="Arial"/>
                <w:sz w:val="24"/>
                <w:szCs w:val="24"/>
              </w:rPr>
              <w:t>for next year</w:t>
            </w:r>
            <w:r w:rsidR="005A7E20">
              <w:rPr>
                <w:rFonts w:ascii="Arial" w:hAnsi="Arial" w:cs="Arial"/>
                <w:sz w:val="24"/>
                <w:szCs w:val="24"/>
              </w:rPr>
              <w:t xml:space="preserve"> as people returning one thing and not the other.  5</w:t>
            </w:r>
            <w:r w:rsidR="007072B4" w:rsidRPr="00DF0631">
              <w:rPr>
                <w:rFonts w:ascii="Arial" w:hAnsi="Arial" w:cs="Arial"/>
                <w:sz w:val="24"/>
                <w:szCs w:val="24"/>
              </w:rPr>
              <w:t xml:space="preserve"> sponsorship forms were not returned. C</w:t>
            </w:r>
            <w:r w:rsidR="009B778D" w:rsidRPr="00DF0631">
              <w:rPr>
                <w:rFonts w:ascii="Arial" w:hAnsi="Arial" w:cs="Arial"/>
                <w:sz w:val="24"/>
                <w:szCs w:val="24"/>
              </w:rPr>
              <w:t>onsent for photo within school and</w:t>
            </w:r>
            <w:r w:rsidR="007072B4" w:rsidRPr="00DF0631">
              <w:rPr>
                <w:rFonts w:ascii="Arial" w:hAnsi="Arial" w:cs="Arial"/>
                <w:sz w:val="24"/>
                <w:szCs w:val="24"/>
              </w:rPr>
              <w:t xml:space="preserve"> external including</w:t>
            </w:r>
            <w:r w:rsidR="009B778D" w:rsidRPr="00DF0631">
              <w:rPr>
                <w:rFonts w:ascii="Arial" w:hAnsi="Arial" w:cs="Arial"/>
                <w:sz w:val="24"/>
                <w:szCs w:val="24"/>
              </w:rPr>
              <w:t xml:space="preserve"> social media</w:t>
            </w:r>
            <w:r w:rsidR="007072B4" w:rsidRPr="00DF0631">
              <w:rPr>
                <w:rFonts w:ascii="Arial" w:hAnsi="Arial" w:cs="Arial"/>
                <w:sz w:val="24"/>
                <w:szCs w:val="24"/>
              </w:rPr>
              <w:t xml:space="preserve"> to be also included in the Waiver.</w:t>
            </w:r>
          </w:p>
          <w:p w14:paraId="2BF63B52" w14:textId="204E8E22" w:rsidR="007072B4" w:rsidRPr="00DF0631" w:rsidRDefault="007072B4" w:rsidP="00FD31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AF83ED" w14:textId="4FE192C0" w:rsidR="007072B4" w:rsidRPr="00DF0631" w:rsidRDefault="007072B4" w:rsidP="00FD3173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Video of the </w:t>
            </w:r>
            <w:proofErr w:type="spellStart"/>
            <w:r w:rsidR="005A7E20">
              <w:rPr>
                <w:rFonts w:ascii="Arial" w:hAnsi="Arial" w:cs="Arial"/>
                <w:sz w:val="24"/>
                <w:szCs w:val="24"/>
              </w:rPr>
              <w:t>C</w:t>
            </w:r>
            <w:r w:rsidRPr="00DF0631">
              <w:rPr>
                <w:rFonts w:ascii="Arial" w:hAnsi="Arial" w:cs="Arial"/>
                <w:sz w:val="24"/>
                <w:szCs w:val="24"/>
              </w:rPr>
              <w:t>olour</w:t>
            </w:r>
            <w:proofErr w:type="spellEnd"/>
            <w:r w:rsidRPr="00DF06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7E20">
              <w:rPr>
                <w:rFonts w:ascii="Arial" w:hAnsi="Arial" w:cs="Arial"/>
                <w:sz w:val="24"/>
                <w:szCs w:val="24"/>
              </w:rPr>
              <w:t>R</w:t>
            </w:r>
            <w:r w:rsidRPr="00DF0631">
              <w:rPr>
                <w:rFonts w:ascii="Arial" w:hAnsi="Arial" w:cs="Arial"/>
                <w:sz w:val="24"/>
                <w:szCs w:val="24"/>
              </w:rPr>
              <w:t>un got double figures on social media!!</w:t>
            </w:r>
          </w:p>
          <w:p w14:paraId="51B5A343" w14:textId="77777777" w:rsidR="009B778D" w:rsidRPr="00DF0631" w:rsidRDefault="009B778D" w:rsidP="00FD31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1B4D7F" w14:textId="72E4FD72" w:rsidR="009B778D" w:rsidRPr="00DF0631" w:rsidRDefault="009B778D" w:rsidP="00FD3173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T shirt sizes to reflect children</w:t>
            </w:r>
            <w:r w:rsidR="005A7E20">
              <w:rPr>
                <w:rFonts w:ascii="Arial" w:hAnsi="Arial" w:cs="Arial"/>
                <w:sz w:val="24"/>
                <w:szCs w:val="24"/>
              </w:rPr>
              <w:t>’</w:t>
            </w:r>
            <w:r w:rsidRPr="00DF0631">
              <w:rPr>
                <w:rFonts w:ascii="Arial" w:hAnsi="Arial" w:cs="Arial"/>
                <w:sz w:val="24"/>
                <w:szCs w:val="24"/>
              </w:rPr>
              <w:t>s sizes</w:t>
            </w:r>
            <w:r w:rsidR="007072B4" w:rsidRPr="00DF0631">
              <w:rPr>
                <w:rFonts w:ascii="Arial" w:hAnsi="Arial" w:cs="Arial"/>
                <w:sz w:val="24"/>
                <w:szCs w:val="24"/>
              </w:rPr>
              <w:t xml:space="preserve"> – this will be easier now we have located a supplier in </w:t>
            </w:r>
            <w:r w:rsidR="005A7E20">
              <w:rPr>
                <w:rFonts w:ascii="Arial" w:hAnsi="Arial" w:cs="Arial"/>
                <w:sz w:val="24"/>
                <w:szCs w:val="24"/>
              </w:rPr>
              <w:t>G</w:t>
            </w:r>
            <w:r w:rsidR="007072B4" w:rsidRPr="00DF0631">
              <w:rPr>
                <w:rFonts w:ascii="Arial" w:hAnsi="Arial" w:cs="Arial"/>
                <w:sz w:val="24"/>
                <w:szCs w:val="24"/>
              </w:rPr>
              <w:t>reat Haywood.</w:t>
            </w:r>
          </w:p>
          <w:p w14:paraId="34E8D420" w14:textId="631EB274" w:rsidR="009B778D" w:rsidRPr="00DF0631" w:rsidRDefault="009B778D" w:rsidP="00FD31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B0FC63" w14:textId="09582830" w:rsidR="009B778D" w:rsidRPr="00DF0631" w:rsidRDefault="009B778D" w:rsidP="00FD3173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Rainbow face paint </w:t>
            </w:r>
            <w:r w:rsidR="005A7E20">
              <w:rPr>
                <w:rFonts w:ascii="Arial" w:hAnsi="Arial" w:cs="Arial"/>
                <w:sz w:val="24"/>
                <w:szCs w:val="24"/>
              </w:rPr>
              <w:t xml:space="preserve">stick - </w:t>
            </w:r>
            <w:r w:rsidRPr="00DF0631">
              <w:rPr>
                <w:rFonts w:ascii="Arial" w:hAnsi="Arial" w:cs="Arial"/>
                <w:sz w:val="24"/>
                <w:szCs w:val="24"/>
              </w:rPr>
              <w:t>order another one</w:t>
            </w:r>
            <w:r w:rsidR="007072B4" w:rsidRPr="00DF0631">
              <w:rPr>
                <w:rFonts w:ascii="Arial" w:hAnsi="Arial" w:cs="Arial"/>
                <w:sz w:val="24"/>
                <w:szCs w:val="24"/>
              </w:rPr>
              <w:t xml:space="preserve"> as children asked to have this.</w:t>
            </w:r>
          </w:p>
          <w:p w14:paraId="0B0452BB" w14:textId="3FE67805" w:rsidR="009B778D" w:rsidRPr="00DF0631" w:rsidRDefault="009B778D" w:rsidP="00FD31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97387A" w14:textId="04B3149D" w:rsidR="009B778D" w:rsidRPr="00DF0631" w:rsidRDefault="009B778D" w:rsidP="00FD3173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Gazebo is broken</w:t>
            </w:r>
            <w:r w:rsidR="007072B4" w:rsidRPr="00DF0631">
              <w:rPr>
                <w:rFonts w:ascii="Arial" w:hAnsi="Arial" w:cs="Arial"/>
                <w:sz w:val="24"/>
                <w:szCs w:val="24"/>
              </w:rPr>
              <w:t xml:space="preserve"> in two places making it not safe to be used again</w:t>
            </w:r>
            <w:r w:rsidR="005A7E20">
              <w:rPr>
                <w:rFonts w:ascii="Arial" w:hAnsi="Arial" w:cs="Arial"/>
                <w:sz w:val="24"/>
                <w:szCs w:val="24"/>
              </w:rPr>
              <w:t>.  D</w:t>
            </w:r>
            <w:r w:rsidR="007072B4" w:rsidRPr="00DF0631">
              <w:rPr>
                <w:rFonts w:ascii="Arial" w:hAnsi="Arial" w:cs="Arial"/>
                <w:sz w:val="24"/>
                <w:szCs w:val="24"/>
              </w:rPr>
              <w:t xml:space="preserve">iscussed getting replacement parts but by the time we have done that </w:t>
            </w:r>
            <w:r w:rsidR="005A7E20" w:rsidRPr="00DF0631">
              <w:rPr>
                <w:rFonts w:ascii="Arial" w:hAnsi="Arial" w:cs="Arial"/>
                <w:sz w:val="24"/>
                <w:szCs w:val="24"/>
              </w:rPr>
              <w:t>probably</w:t>
            </w:r>
            <w:r w:rsidR="007072B4" w:rsidRPr="00DF0631">
              <w:rPr>
                <w:rFonts w:ascii="Arial" w:hAnsi="Arial" w:cs="Arial"/>
                <w:sz w:val="24"/>
                <w:szCs w:val="24"/>
              </w:rPr>
              <w:t xml:space="preserve"> need to obtain a new one.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72B4" w:rsidRPr="00DF0631">
              <w:rPr>
                <w:rFonts w:ascii="Arial" w:hAnsi="Arial" w:cs="Arial"/>
                <w:sz w:val="24"/>
                <w:szCs w:val="24"/>
              </w:rPr>
              <w:t>LC has one that PTFA can borrow and there is potential a parent may donate one.</w:t>
            </w:r>
          </w:p>
          <w:p w14:paraId="02E6AE7F" w14:textId="66C0F834" w:rsidR="009B778D" w:rsidRPr="00DF0631" w:rsidRDefault="009B778D" w:rsidP="00FD31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FEDA55" w14:textId="2A0CED1D" w:rsidR="009B778D" w:rsidRPr="00DF0631" w:rsidRDefault="007072B4" w:rsidP="00FD3173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To include </w:t>
            </w:r>
            <w:proofErr w:type="gramStart"/>
            <w:r w:rsidRPr="00DF0631">
              <w:rPr>
                <w:rFonts w:ascii="Arial" w:hAnsi="Arial" w:cs="Arial"/>
                <w:sz w:val="24"/>
                <w:szCs w:val="24"/>
              </w:rPr>
              <w:t>on</w:t>
            </w:r>
            <w:proofErr w:type="gramEnd"/>
            <w:r w:rsidRPr="00DF06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7E20">
              <w:rPr>
                <w:rFonts w:ascii="Arial" w:hAnsi="Arial" w:cs="Arial"/>
                <w:sz w:val="24"/>
                <w:szCs w:val="24"/>
              </w:rPr>
              <w:t xml:space="preserve">next year’s 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poster </w:t>
            </w:r>
            <w:r w:rsidR="005A7E20">
              <w:rPr>
                <w:rFonts w:ascii="Arial" w:hAnsi="Arial" w:cs="Arial"/>
                <w:sz w:val="24"/>
                <w:szCs w:val="24"/>
              </w:rPr>
              <w:t>- N</w:t>
            </w:r>
            <w:r w:rsidR="009B778D" w:rsidRPr="00DF0631">
              <w:rPr>
                <w:rFonts w:ascii="Arial" w:hAnsi="Arial" w:cs="Arial"/>
                <w:sz w:val="24"/>
                <w:szCs w:val="24"/>
              </w:rPr>
              <w:t>o dog</w:t>
            </w:r>
            <w:r w:rsidRPr="00DF0631">
              <w:rPr>
                <w:rFonts w:ascii="Arial" w:hAnsi="Arial" w:cs="Arial"/>
                <w:sz w:val="24"/>
                <w:szCs w:val="24"/>
              </w:rPr>
              <w:t>s to go onto the field.</w:t>
            </w:r>
          </w:p>
          <w:p w14:paraId="5A249B2B" w14:textId="77777777" w:rsidR="009B778D" w:rsidRPr="00DF0631" w:rsidRDefault="009B778D" w:rsidP="00FD31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ED4A30" w14:textId="77777777" w:rsidR="007072B4" w:rsidRPr="00DF0631" w:rsidRDefault="007072B4" w:rsidP="007072B4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Prize for amount raised per child on average per mixed class – Movie/ treat afternoon as a prize</w:t>
            </w:r>
          </w:p>
          <w:p w14:paraId="42C557A4" w14:textId="27BFFAC8" w:rsidR="009B778D" w:rsidRPr="00DF0631" w:rsidRDefault="009B778D" w:rsidP="00FD31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049A15" w14:textId="25919A88" w:rsidR="009B778D" w:rsidRPr="00DF0631" w:rsidRDefault="001D30F8" w:rsidP="00FD31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Raised £1885.26!!!! FABULOUS RESULT!!</w:t>
            </w:r>
          </w:p>
          <w:p w14:paraId="1CE94DB3" w14:textId="3D5697A1" w:rsidR="009B778D" w:rsidRPr="00DF0631" w:rsidRDefault="009B778D" w:rsidP="00FD317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BB2E6FC" w14:textId="77777777" w:rsidR="00FD3173" w:rsidRPr="00DF0631" w:rsidRDefault="00FD3173" w:rsidP="007072B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270E" w:rsidRPr="00DF0631" w14:paraId="2EFC4743" w14:textId="77777777" w:rsidTr="00AE797B">
        <w:tc>
          <w:tcPr>
            <w:tcW w:w="1270" w:type="dxa"/>
          </w:tcPr>
          <w:p w14:paraId="1FEFB54F" w14:textId="11A7B923" w:rsidR="00E9270E" w:rsidRPr="00DF0631" w:rsidRDefault="00E9270E" w:rsidP="00E9270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8937" w:type="dxa"/>
          </w:tcPr>
          <w:p w14:paraId="3A832C60" w14:textId="77777777" w:rsidR="00E9270E" w:rsidRPr="00DF0631" w:rsidRDefault="00E9270E" w:rsidP="00E927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sz w:val="24"/>
                <w:szCs w:val="24"/>
              </w:rPr>
              <w:t>Finance –</w:t>
            </w:r>
          </w:p>
          <w:p w14:paraId="554A2FCC" w14:textId="0E21681D" w:rsidR="00E9270E" w:rsidRPr="00DF0631" w:rsidRDefault="00E9270E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4653D3" w14:textId="644FC1C0" w:rsidR="009B778D" w:rsidRPr="00DF0631" w:rsidRDefault="009B778D" w:rsidP="009B778D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Income </w:t>
            </w:r>
            <w:r w:rsidR="000E5545" w:rsidRPr="00DF0631">
              <w:rPr>
                <w:rFonts w:ascii="Arial" w:hAnsi="Arial" w:cs="Arial"/>
                <w:sz w:val="24"/>
                <w:szCs w:val="24"/>
              </w:rPr>
              <w:t xml:space="preserve">is currently at </w:t>
            </w:r>
            <w:r w:rsidRPr="00DF0631">
              <w:rPr>
                <w:rFonts w:ascii="Arial" w:hAnsi="Arial" w:cs="Arial"/>
                <w:sz w:val="24"/>
                <w:szCs w:val="24"/>
              </w:rPr>
              <w:t>£5820.60</w:t>
            </w:r>
          </w:p>
          <w:p w14:paraId="32A3D5A9" w14:textId="77777777" w:rsidR="009B778D" w:rsidRPr="00DF0631" w:rsidRDefault="009B778D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CA6269" w14:textId="27466BB8" w:rsidR="009B778D" w:rsidRPr="00DF0631" w:rsidRDefault="00E9270E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Gift Aid – </w:t>
            </w:r>
            <w:r w:rsidR="007072B4" w:rsidRPr="00DF0631">
              <w:rPr>
                <w:rFonts w:ascii="Arial" w:hAnsi="Arial" w:cs="Arial"/>
                <w:sz w:val="24"/>
                <w:szCs w:val="24"/>
              </w:rPr>
              <w:t>GN is in the process of applying for this</w:t>
            </w:r>
            <w:r w:rsidR="005A7E20">
              <w:rPr>
                <w:rFonts w:ascii="Arial" w:hAnsi="Arial" w:cs="Arial"/>
                <w:sz w:val="24"/>
                <w:szCs w:val="24"/>
              </w:rPr>
              <w:t>.  Awai</w:t>
            </w:r>
            <w:r w:rsidR="007072B4" w:rsidRPr="00DF0631">
              <w:rPr>
                <w:rFonts w:ascii="Arial" w:hAnsi="Arial" w:cs="Arial"/>
                <w:sz w:val="24"/>
                <w:szCs w:val="24"/>
              </w:rPr>
              <w:t>ting finance figures from LP</w:t>
            </w:r>
            <w:r w:rsidR="005A7E20">
              <w:rPr>
                <w:rFonts w:ascii="Arial" w:hAnsi="Arial" w:cs="Arial"/>
                <w:sz w:val="24"/>
                <w:szCs w:val="24"/>
              </w:rPr>
              <w:t xml:space="preserve"> – given at meeting</w:t>
            </w:r>
            <w:r w:rsidR="007072B4" w:rsidRPr="00DF063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45A2031" w14:textId="77777777" w:rsidR="00E9270E" w:rsidRPr="00DF0631" w:rsidRDefault="00E9270E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91C08F" w14:textId="165EC1E4" w:rsidR="00E9270E" w:rsidRPr="00DF0631" w:rsidRDefault="00E9270E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COOP </w:t>
            </w:r>
            <w:r w:rsidR="005A7E20">
              <w:rPr>
                <w:rFonts w:ascii="Arial" w:hAnsi="Arial" w:cs="Arial"/>
                <w:sz w:val="24"/>
                <w:szCs w:val="24"/>
              </w:rPr>
              <w:t>- L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ook into funding in the community </w:t>
            </w:r>
            <w:r w:rsidR="009B778D" w:rsidRPr="00DF0631">
              <w:rPr>
                <w:rFonts w:ascii="Arial" w:hAnsi="Arial" w:cs="Arial"/>
                <w:sz w:val="24"/>
                <w:szCs w:val="24"/>
              </w:rPr>
              <w:t>–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 NB</w:t>
            </w:r>
            <w:r w:rsidR="009B778D" w:rsidRPr="00DF0631">
              <w:rPr>
                <w:rFonts w:ascii="Arial" w:hAnsi="Arial" w:cs="Arial"/>
                <w:sz w:val="24"/>
                <w:szCs w:val="24"/>
              </w:rPr>
              <w:t xml:space="preserve"> – roll over</w:t>
            </w:r>
            <w:r w:rsidR="005A7E2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294EFBC" w14:textId="77777777" w:rsidR="00E9270E" w:rsidRPr="00DF0631" w:rsidRDefault="00E9270E" w:rsidP="00E927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0B4FAC" w14:textId="77777777" w:rsidR="00E9270E" w:rsidRPr="00DF0631" w:rsidRDefault="00E9270E" w:rsidP="00E927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270E" w:rsidRPr="00DF0631" w14:paraId="68B8CF53" w14:textId="77777777" w:rsidTr="00AE797B">
        <w:tc>
          <w:tcPr>
            <w:tcW w:w="1270" w:type="dxa"/>
          </w:tcPr>
          <w:p w14:paraId="69EEEF60" w14:textId="31822588" w:rsidR="00E9270E" w:rsidRPr="00DF0631" w:rsidRDefault="00E9270E" w:rsidP="00E9270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8937" w:type="dxa"/>
          </w:tcPr>
          <w:p w14:paraId="3382A226" w14:textId="23CCC43F" w:rsidR="00E9270E" w:rsidRPr="00DF0631" w:rsidRDefault="00E9270E" w:rsidP="00E9270E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DF0631">
              <w:rPr>
                <w:rFonts w:ascii="Arial" w:hAnsi="Arial" w:cs="Arial"/>
                <w:b/>
                <w:sz w:val="24"/>
                <w:szCs w:val="24"/>
              </w:rPr>
              <w:t>Father</w:t>
            </w:r>
            <w:r w:rsidR="005A7E20">
              <w:rPr>
                <w:rFonts w:ascii="Arial" w:hAnsi="Arial" w:cs="Arial"/>
                <w:b/>
                <w:sz w:val="24"/>
                <w:szCs w:val="24"/>
              </w:rPr>
              <w:t>’</w:t>
            </w:r>
            <w:r w:rsidRPr="00DF0631">
              <w:rPr>
                <w:rFonts w:ascii="Arial" w:hAnsi="Arial" w:cs="Arial"/>
                <w:b/>
                <w:sz w:val="24"/>
                <w:szCs w:val="24"/>
              </w:rPr>
              <w:t>s day</w:t>
            </w:r>
            <w:proofErr w:type="gramEnd"/>
            <w:r w:rsidRPr="00DF063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D0A20D7" w14:textId="689ABCBB" w:rsidR="009B778D" w:rsidRPr="00DF0631" w:rsidRDefault="009B778D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474FF7" w14:textId="537A7817" w:rsidR="009B778D" w:rsidRPr="00DF0631" w:rsidRDefault="009B778D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GN ordered all of the prizes today 09.06.2026.</w:t>
            </w:r>
          </w:p>
          <w:p w14:paraId="1C5DF55B" w14:textId="5B9A6638" w:rsidR="002C6625" w:rsidRPr="00DF0631" w:rsidRDefault="002C6625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624644" w14:textId="62488403" w:rsidR="002C6625" w:rsidRPr="005A7E20" w:rsidRDefault="002C6625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Tuesday 16</w:t>
            </w:r>
            <w:r w:rsidRPr="00DF063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 1.30pm</w:t>
            </w:r>
            <w:r w:rsidR="000E5545" w:rsidRPr="00DF0631">
              <w:rPr>
                <w:rFonts w:ascii="Arial" w:hAnsi="Arial" w:cs="Arial"/>
                <w:sz w:val="24"/>
                <w:szCs w:val="24"/>
              </w:rPr>
              <w:t xml:space="preserve"> for volunteers to be present, GN, NB and LP can assist.</w:t>
            </w:r>
          </w:p>
          <w:p w14:paraId="42F5BC9E" w14:textId="77777777" w:rsidR="002C6625" w:rsidRPr="00DF0631" w:rsidRDefault="002C6625" w:rsidP="00E9270E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CA03C9D" w14:textId="147E4CD4" w:rsidR="00E9270E" w:rsidRPr="00DF0631" w:rsidRDefault="00E9270E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19.06.2026 – </w:t>
            </w:r>
            <w:proofErr w:type="gramStart"/>
            <w:r w:rsidR="005A7E20">
              <w:rPr>
                <w:rFonts w:ascii="Arial" w:hAnsi="Arial" w:cs="Arial"/>
                <w:sz w:val="24"/>
                <w:szCs w:val="24"/>
              </w:rPr>
              <w:t>F</w:t>
            </w:r>
            <w:r w:rsidRPr="00DF0631">
              <w:rPr>
                <w:rFonts w:ascii="Arial" w:hAnsi="Arial" w:cs="Arial"/>
                <w:sz w:val="24"/>
                <w:szCs w:val="24"/>
              </w:rPr>
              <w:t>ather</w:t>
            </w:r>
            <w:r w:rsidR="005A7E20">
              <w:rPr>
                <w:rFonts w:ascii="Arial" w:hAnsi="Arial" w:cs="Arial"/>
                <w:sz w:val="24"/>
                <w:szCs w:val="24"/>
              </w:rPr>
              <w:t>’</w:t>
            </w:r>
            <w:r w:rsidRPr="00DF0631">
              <w:rPr>
                <w:rFonts w:ascii="Arial" w:hAnsi="Arial" w:cs="Arial"/>
                <w:sz w:val="24"/>
                <w:szCs w:val="24"/>
              </w:rPr>
              <w:t>s day</w:t>
            </w:r>
            <w:proofErr w:type="gramEnd"/>
            <w:r w:rsidRPr="00DF0631">
              <w:rPr>
                <w:rFonts w:ascii="Arial" w:hAnsi="Arial" w:cs="Arial"/>
                <w:sz w:val="24"/>
                <w:szCs w:val="24"/>
              </w:rPr>
              <w:t xml:space="preserve"> donuts – </w:t>
            </w:r>
            <w:r w:rsidR="000E5545" w:rsidRPr="00DF0631">
              <w:rPr>
                <w:rFonts w:ascii="Arial" w:hAnsi="Arial" w:cs="Arial"/>
                <w:sz w:val="24"/>
                <w:szCs w:val="24"/>
              </w:rPr>
              <w:t xml:space="preserve">GN to order </w:t>
            </w:r>
            <w:r w:rsidRPr="00DF0631">
              <w:rPr>
                <w:rFonts w:ascii="Arial" w:hAnsi="Arial" w:cs="Arial"/>
                <w:sz w:val="24"/>
                <w:szCs w:val="24"/>
              </w:rPr>
              <w:t>donuts</w:t>
            </w:r>
            <w:r w:rsidR="000E5545" w:rsidRPr="00DF0631">
              <w:rPr>
                <w:rFonts w:ascii="Arial" w:hAnsi="Arial" w:cs="Arial"/>
                <w:sz w:val="24"/>
                <w:szCs w:val="24"/>
              </w:rPr>
              <w:t xml:space="preserve"> from ASDA</w:t>
            </w:r>
          </w:p>
          <w:p w14:paraId="5E8A9A19" w14:textId="06469DCF" w:rsidR="000E5545" w:rsidRPr="00DF0631" w:rsidRDefault="000E5545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421C03" w14:textId="2A5C58BB" w:rsidR="00E9270E" w:rsidRPr="00DF0631" w:rsidRDefault="000E5545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Struggling for volunteers for donuts</w:t>
            </w:r>
            <w:r w:rsidR="005A7E20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ask if teachers are available. </w:t>
            </w:r>
          </w:p>
          <w:p w14:paraId="0E6235DB" w14:textId="77777777" w:rsidR="00E9270E" w:rsidRPr="00DF0631" w:rsidRDefault="00E9270E" w:rsidP="000E55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270E" w:rsidRPr="00DF0631" w14:paraId="77FF9156" w14:textId="77777777" w:rsidTr="00AE797B">
        <w:tc>
          <w:tcPr>
            <w:tcW w:w="1270" w:type="dxa"/>
          </w:tcPr>
          <w:p w14:paraId="31DDEA46" w14:textId="71D59C4D" w:rsidR="00E9270E" w:rsidRPr="00DF0631" w:rsidRDefault="00E9270E" w:rsidP="00E9270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8937" w:type="dxa"/>
          </w:tcPr>
          <w:p w14:paraId="7A1ED55A" w14:textId="2179D9E6" w:rsidR="00E9270E" w:rsidRPr="00DF0631" w:rsidRDefault="00E9270E" w:rsidP="00E927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sz w:val="24"/>
                <w:szCs w:val="24"/>
              </w:rPr>
              <w:t>Forest school project</w:t>
            </w:r>
          </w:p>
          <w:p w14:paraId="0BEBE731" w14:textId="02946950" w:rsidR="00E9270E" w:rsidRPr="00DF0631" w:rsidRDefault="00E9270E" w:rsidP="00E927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98C5F5" w14:textId="01AFB9DF" w:rsidR="002C6625" w:rsidRPr="00DF0631" w:rsidRDefault="002C6625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GN went back to</w:t>
            </w:r>
            <w:r w:rsidR="005A7E20">
              <w:rPr>
                <w:rFonts w:ascii="Arial" w:hAnsi="Arial" w:cs="Arial"/>
                <w:sz w:val="24"/>
                <w:szCs w:val="24"/>
              </w:rPr>
              <w:t xml:space="preserve"> Rooted </w:t>
            </w:r>
            <w:r w:rsidRPr="00DF0631">
              <w:rPr>
                <w:rFonts w:ascii="Arial" w:hAnsi="Arial" w:cs="Arial"/>
                <w:sz w:val="24"/>
                <w:szCs w:val="24"/>
              </w:rPr>
              <w:t>and chased up quote and asked to remove slabs, also asked for all 3 stages of the project</w:t>
            </w:r>
            <w:r w:rsidR="00F219D1" w:rsidRPr="00DF0631">
              <w:rPr>
                <w:rFonts w:ascii="Arial" w:hAnsi="Arial" w:cs="Arial"/>
                <w:sz w:val="24"/>
                <w:szCs w:val="24"/>
              </w:rPr>
              <w:t xml:space="preserve"> so </w:t>
            </w:r>
            <w:r w:rsidR="008701C3">
              <w:rPr>
                <w:rFonts w:ascii="Arial" w:hAnsi="Arial" w:cs="Arial"/>
                <w:sz w:val="24"/>
                <w:szCs w:val="24"/>
              </w:rPr>
              <w:t>have</w:t>
            </w:r>
            <w:r w:rsidR="00F219D1" w:rsidRPr="00DF0631">
              <w:rPr>
                <w:rFonts w:ascii="Arial" w:hAnsi="Arial" w:cs="Arial"/>
                <w:sz w:val="24"/>
                <w:szCs w:val="24"/>
              </w:rPr>
              <w:t xml:space="preserve"> the final price to see what </w:t>
            </w:r>
            <w:r w:rsidR="00244870" w:rsidRPr="00DF0631">
              <w:rPr>
                <w:rFonts w:ascii="Arial" w:hAnsi="Arial" w:cs="Arial"/>
                <w:sz w:val="24"/>
                <w:szCs w:val="24"/>
              </w:rPr>
              <w:t>stages of the project we can commence first</w:t>
            </w:r>
            <w:r w:rsidR="00F219D1" w:rsidRPr="00DF063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8DBD057" w14:textId="53D47FE2" w:rsidR="00F219D1" w:rsidRPr="00DF0631" w:rsidRDefault="00F219D1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3AD89F" w14:textId="15BEC7E9" w:rsidR="00F219D1" w:rsidRPr="00DF0631" w:rsidRDefault="00F219D1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Planting has commenced</w:t>
            </w:r>
            <w:r w:rsidR="004964E3" w:rsidRPr="00DF0631">
              <w:rPr>
                <w:rFonts w:ascii="Arial" w:hAnsi="Arial" w:cs="Arial"/>
                <w:sz w:val="24"/>
                <w:szCs w:val="24"/>
              </w:rPr>
              <w:t xml:space="preserve"> with the kind donation of plants from Wolseley Garden Centre.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01C3">
              <w:rPr>
                <w:rFonts w:ascii="Arial" w:hAnsi="Arial" w:cs="Arial"/>
                <w:sz w:val="24"/>
                <w:szCs w:val="24"/>
              </w:rPr>
              <w:t>A p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arent </w:t>
            </w:r>
            <w:r w:rsidR="008701C3">
              <w:rPr>
                <w:rFonts w:ascii="Arial" w:hAnsi="Arial" w:cs="Arial"/>
                <w:sz w:val="24"/>
                <w:szCs w:val="24"/>
              </w:rPr>
              <w:t>h</w:t>
            </w:r>
            <w:r w:rsidR="004964E3" w:rsidRPr="00DF0631">
              <w:rPr>
                <w:rFonts w:ascii="Arial" w:hAnsi="Arial" w:cs="Arial"/>
                <w:sz w:val="24"/>
                <w:szCs w:val="24"/>
              </w:rPr>
              <w:t>as attended with GN and started digging beds. There is a lot of room to be filled with plants.</w:t>
            </w:r>
          </w:p>
          <w:p w14:paraId="54388229" w14:textId="16E6343E" w:rsidR="002C6625" w:rsidRPr="00DF0631" w:rsidRDefault="002C6625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6EDDBB" w14:textId="558C23F9" w:rsidR="002C6625" w:rsidRPr="00DF0631" w:rsidRDefault="004964E3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GN </w:t>
            </w:r>
            <w:r w:rsidR="008701C3">
              <w:rPr>
                <w:rFonts w:ascii="Arial" w:hAnsi="Arial" w:cs="Arial"/>
                <w:sz w:val="24"/>
                <w:szCs w:val="24"/>
              </w:rPr>
              <w:t>a</w:t>
            </w:r>
            <w:r w:rsidR="002C6625" w:rsidRPr="00DF0631">
              <w:rPr>
                <w:rFonts w:ascii="Arial" w:hAnsi="Arial" w:cs="Arial"/>
                <w:sz w:val="24"/>
                <w:szCs w:val="24"/>
              </w:rPr>
              <w:t>lso contacted 2 other companies</w:t>
            </w:r>
            <w:r w:rsidR="008701C3">
              <w:rPr>
                <w:rFonts w:ascii="Arial" w:hAnsi="Arial" w:cs="Arial"/>
                <w:sz w:val="24"/>
                <w:szCs w:val="24"/>
              </w:rPr>
              <w:t>.  A</w:t>
            </w:r>
            <w:r w:rsidRPr="00DF0631">
              <w:rPr>
                <w:rFonts w:ascii="Arial" w:hAnsi="Arial" w:cs="Arial"/>
                <w:sz w:val="24"/>
                <w:szCs w:val="24"/>
              </w:rPr>
              <w:t>waiting quotes.</w:t>
            </w:r>
          </w:p>
          <w:p w14:paraId="75BB9184" w14:textId="37CA5EFA" w:rsidR="004964E3" w:rsidRPr="00DF0631" w:rsidRDefault="004964E3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AA778E" w14:textId="3B868812" w:rsidR="004964E3" w:rsidRPr="00DF0631" w:rsidRDefault="008701C3" w:rsidP="00E927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(NB. – school </w:t>
            </w:r>
            <w:r w:rsidR="004964E3" w:rsidRPr="00DF0631">
              <w:rPr>
                <w:rFonts w:ascii="Arial" w:hAnsi="Arial" w:cs="Arial"/>
                <w:sz w:val="24"/>
                <w:szCs w:val="24"/>
              </w:rPr>
              <w:t xml:space="preserve">needs 3 quotes to compare against each other, the businesses need to be credible and show they </w:t>
            </w:r>
            <w:proofErr w:type="gramStart"/>
            <w:r w:rsidR="004964E3" w:rsidRPr="00DF0631">
              <w:rPr>
                <w:rFonts w:ascii="Arial" w:hAnsi="Arial" w:cs="Arial"/>
                <w:sz w:val="24"/>
                <w:szCs w:val="24"/>
              </w:rPr>
              <w:t>are capable of doing</w:t>
            </w:r>
            <w:proofErr w:type="gramEnd"/>
            <w:r w:rsidR="004964E3" w:rsidRPr="00DF0631">
              <w:rPr>
                <w:rFonts w:ascii="Arial" w:hAnsi="Arial" w:cs="Arial"/>
                <w:sz w:val="24"/>
                <w:szCs w:val="24"/>
              </w:rPr>
              <w:t xml:space="preserve"> the work.</w:t>
            </w:r>
          </w:p>
          <w:p w14:paraId="6E947222" w14:textId="4FEB6B40" w:rsidR="002C6625" w:rsidRPr="00DF0631" w:rsidRDefault="002C6625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7E5B7B" w14:textId="3A7E3C1B" w:rsidR="002C6625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Canalside are willing to donate plants to school</w:t>
            </w:r>
            <w:r w:rsidR="004964E3" w:rsidRPr="00DF063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A5C13B9" w14:textId="77777777" w:rsidR="004964E3" w:rsidRPr="00DF0631" w:rsidRDefault="004964E3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B75E7C" w14:textId="77777777" w:rsidR="00E9270E" w:rsidRPr="00DF0631" w:rsidRDefault="00E9270E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Charity foundation – Little Laura local charity generously came and discussed support. Awaiting confirmed quote before liaising with them.</w:t>
            </w:r>
          </w:p>
          <w:p w14:paraId="77B08A2B" w14:textId="77777777" w:rsidR="00E9270E" w:rsidRPr="00DF0631" w:rsidRDefault="00E9270E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6C8EE9" w14:textId="17D4BBB1" w:rsidR="00E9270E" w:rsidRPr="00DF0631" w:rsidRDefault="00E9270E" w:rsidP="00E9270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Cs/>
                <w:sz w:val="24"/>
                <w:szCs w:val="24"/>
              </w:rPr>
              <w:t xml:space="preserve">Fruit shop in </w:t>
            </w:r>
            <w:proofErr w:type="spellStart"/>
            <w:r w:rsidRPr="00DF0631">
              <w:rPr>
                <w:rFonts w:ascii="Arial" w:hAnsi="Arial" w:cs="Arial"/>
                <w:bCs/>
                <w:sz w:val="24"/>
                <w:szCs w:val="24"/>
              </w:rPr>
              <w:t>Rugeley</w:t>
            </w:r>
            <w:proofErr w:type="spellEnd"/>
            <w:r w:rsidRPr="00DF0631">
              <w:rPr>
                <w:rFonts w:ascii="Arial" w:hAnsi="Arial" w:cs="Arial"/>
                <w:bCs/>
                <w:sz w:val="24"/>
                <w:szCs w:val="24"/>
              </w:rPr>
              <w:t xml:space="preserve"> – contact re bulbs – LC</w:t>
            </w:r>
          </w:p>
          <w:p w14:paraId="794320C5" w14:textId="1F4D0B65" w:rsidR="004964E3" w:rsidRPr="00DF0631" w:rsidRDefault="004964E3" w:rsidP="00E9270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9BAF5D5" w14:textId="3422AA70" w:rsidR="004964E3" w:rsidRPr="00DF0631" w:rsidRDefault="004964E3" w:rsidP="00E9270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Cs/>
                <w:sz w:val="24"/>
                <w:szCs w:val="24"/>
              </w:rPr>
              <w:t xml:space="preserve">Contact </w:t>
            </w:r>
            <w:proofErr w:type="spellStart"/>
            <w:r w:rsidRPr="00DF0631">
              <w:rPr>
                <w:rFonts w:ascii="Arial" w:hAnsi="Arial" w:cs="Arial"/>
                <w:bCs/>
                <w:sz w:val="24"/>
                <w:szCs w:val="24"/>
              </w:rPr>
              <w:t>Roseacre</w:t>
            </w:r>
            <w:proofErr w:type="spellEnd"/>
            <w:r w:rsidRPr="00DF0631">
              <w:rPr>
                <w:rFonts w:ascii="Arial" w:hAnsi="Arial" w:cs="Arial"/>
                <w:bCs/>
                <w:sz w:val="24"/>
                <w:szCs w:val="24"/>
              </w:rPr>
              <w:t xml:space="preserve"> Nursery in Great Haywood around potential donations and also give a shout out on social media. Approach allotment </w:t>
            </w:r>
            <w:proofErr w:type="gramStart"/>
            <w:r w:rsidR="008701C3">
              <w:rPr>
                <w:rFonts w:ascii="Arial" w:hAnsi="Arial" w:cs="Arial"/>
                <w:bCs/>
                <w:sz w:val="24"/>
                <w:szCs w:val="24"/>
              </w:rPr>
              <w:t xml:space="preserve">too  </w:t>
            </w:r>
            <w:r w:rsidR="00DF0631" w:rsidRPr="00DF0631">
              <w:rPr>
                <w:rFonts w:ascii="Arial" w:hAnsi="Arial" w:cs="Arial"/>
                <w:bCs/>
                <w:sz w:val="24"/>
                <w:szCs w:val="24"/>
              </w:rPr>
              <w:t>-</w:t>
            </w:r>
            <w:proofErr w:type="gramEnd"/>
            <w:r w:rsidR="00DF0631" w:rsidRPr="00DF0631">
              <w:rPr>
                <w:rFonts w:ascii="Arial" w:hAnsi="Arial" w:cs="Arial"/>
                <w:bCs/>
                <w:sz w:val="24"/>
                <w:szCs w:val="24"/>
              </w:rPr>
              <w:t>LC</w:t>
            </w:r>
          </w:p>
          <w:p w14:paraId="29713B60" w14:textId="77777777" w:rsidR="00E9270E" w:rsidRPr="00DF0631" w:rsidRDefault="00E9270E" w:rsidP="00E927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270E" w:rsidRPr="00DF0631" w14:paraId="1A20CE01" w14:textId="77777777" w:rsidTr="00AE797B">
        <w:tc>
          <w:tcPr>
            <w:tcW w:w="1270" w:type="dxa"/>
          </w:tcPr>
          <w:p w14:paraId="516157B6" w14:textId="559FFCBD" w:rsidR="00E9270E" w:rsidRPr="00DF0631" w:rsidRDefault="00E9270E" w:rsidP="00E9270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8937" w:type="dxa"/>
          </w:tcPr>
          <w:p w14:paraId="7ECFF15F" w14:textId="779ABEB2" w:rsidR="00E9270E" w:rsidRDefault="00E9270E" w:rsidP="00E927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sz w:val="24"/>
                <w:szCs w:val="24"/>
              </w:rPr>
              <w:t>Summer fa</w:t>
            </w:r>
            <w:r w:rsidR="008701C3">
              <w:rPr>
                <w:rFonts w:ascii="Arial" w:hAnsi="Arial" w:cs="Arial"/>
                <w:b/>
                <w:sz w:val="24"/>
                <w:szCs w:val="24"/>
              </w:rPr>
              <w:t>ir</w:t>
            </w:r>
            <w:r w:rsidRPr="00DF0631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 w:rsidR="008701C3" w:rsidRPr="008701C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original date </w:t>
            </w:r>
            <w:r w:rsidRPr="008701C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26</w:t>
            </w:r>
            <w:r w:rsidRPr="008701C3">
              <w:rPr>
                <w:rFonts w:ascii="Arial" w:hAnsi="Arial" w:cs="Arial"/>
                <w:bCs/>
                <w:i/>
                <w:iCs/>
                <w:sz w:val="24"/>
                <w:szCs w:val="24"/>
                <w:vertAlign w:val="superscript"/>
              </w:rPr>
              <w:t>th</w:t>
            </w:r>
            <w:r w:rsidRPr="008701C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June</w:t>
            </w:r>
            <w:r w:rsidRPr="00DF0631">
              <w:rPr>
                <w:rFonts w:ascii="Arial" w:hAnsi="Arial" w:cs="Arial"/>
                <w:b/>
                <w:sz w:val="24"/>
                <w:szCs w:val="24"/>
              </w:rPr>
              <w:t xml:space="preserve"> 4.30- 6.30</w:t>
            </w:r>
            <w:r w:rsidR="008701C3">
              <w:rPr>
                <w:rFonts w:ascii="Arial" w:hAnsi="Arial" w:cs="Arial"/>
                <w:b/>
                <w:sz w:val="24"/>
                <w:szCs w:val="24"/>
              </w:rPr>
              <w:t xml:space="preserve"> / NEW DATE 10</w:t>
            </w:r>
            <w:r w:rsidR="008701C3" w:rsidRPr="008701C3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8701C3">
              <w:rPr>
                <w:rFonts w:ascii="Arial" w:hAnsi="Arial" w:cs="Arial"/>
                <w:b/>
                <w:sz w:val="24"/>
                <w:szCs w:val="24"/>
              </w:rPr>
              <w:t xml:space="preserve"> July</w:t>
            </w:r>
          </w:p>
          <w:p w14:paraId="150AD6D5" w14:textId="77777777" w:rsidR="008701C3" w:rsidRPr="00DF0631" w:rsidRDefault="008701C3" w:rsidP="00E927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316DA6" w14:textId="0692A9A7" w:rsidR="00282770" w:rsidRPr="00DF0631" w:rsidRDefault="00282770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Shout out for Tombola prizes</w:t>
            </w:r>
            <w:r w:rsidR="008701C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9779C1F" w14:textId="0CAD2D47" w:rsidR="00396FC6" w:rsidRPr="00DF0631" w:rsidRDefault="00396FC6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6D5E8C" w14:textId="6F882D8D" w:rsidR="00396FC6" w:rsidRPr="00DF0631" w:rsidRDefault="00396FC6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Ordered tickets for stalls – one ticket gets fun size bag of sweet, 3 gets plastic gift, 5 tickets for a small gift.</w:t>
            </w:r>
          </w:p>
          <w:p w14:paraId="7013C3A3" w14:textId="524751B2" w:rsidR="00396FC6" w:rsidRPr="00DF0631" w:rsidRDefault="00396FC6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15F78D" w14:textId="5447111F" w:rsidR="00DF0631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Stalls – </w:t>
            </w:r>
          </w:p>
          <w:p w14:paraId="19F02F21" w14:textId="77777777" w:rsidR="00DF0631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874F6A" w14:textId="6AF0E176" w:rsidR="00396FC6" w:rsidRPr="00DF0631" w:rsidRDefault="00396FC6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Adult Tombola</w:t>
            </w:r>
            <w:r w:rsidR="00DF0631" w:rsidRPr="00DF0631">
              <w:rPr>
                <w:rFonts w:ascii="Arial" w:hAnsi="Arial" w:cs="Arial"/>
                <w:sz w:val="24"/>
                <w:szCs w:val="24"/>
              </w:rPr>
              <w:t xml:space="preserve"> – sort prizes before</w:t>
            </w:r>
            <w:r w:rsidR="00340CC8">
              <w:rPr>
                <w:rFonts w:ascii="Arial" w:hAnsi="Arial" w:cs="Arial"/>
                <w:sz w:val="24"/>
                <w:szCs w:val="24"/>
              </w:rPr>
              <w:t xml:space="preserve"> (LP)</w:t>
            </w:r>
          </w:p>
          <w:p w14:paraId="0580EBC4" w14:textId="3DE15FEC" w:rsidR="00396FC6" w:rsidRPr="00DF0631" w:rsidRDefault="00396FC6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29B089" w14:textId="5B9DD4CF" w:rsidR="00396FC6" w:rsidRPr="00DF0631" w:rsidRDefault="00396FC6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Child Tombola</w:t>
            </w:r>
            <w:r w:rsidR="00DF0631" w:rsidRPr="00DF0631">
              <w:rPr>
                <w:rFonts w:ascii="Arial" w:hAnsi="Arial" w:cs="Arial"/>
                <w:sz w:val="24"/>
                <w:szCs w:val="24"/>
              </w:rPr>
              <w:t xml:space="preserve"> – sort prizes before</w:t>
            </w:r>
            <w:r w:rsidR="00340CC8">
              <w:rPr>
                <w:rFonts w:ascii="Arial" w:hAnsi="Arial" w:cs="Arial"/>
                <w:sz w:val="24"/>
                <w:szCs w:val="24"/>
              </w:rPr>
              <w:t xml:space="preserve"> (LP)</w:t>
            </w:r>
          </w:p>
          <w:p w14:paraId="4E7DDE0D" w14:textId="4DBC77A8" w:rsidR="00396FC6" w:rsidRPr="00DF0631" w:rsidRDefault="00396FC6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3E0BE6" w14:textId="6D723AD1" w:rsidR="00084BC7" w:rsidRPr="00DF0631" w:rsidRDefault="00084BC7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Beat the goalie </w:t>
            </w:r>
            <w:r w:rsidR="00DF0631" w:rsidRPr="00DF0631">
              <w:rPr>
                <w:rFonts w:ascii="Arial" w:hAnsi="Arial" w:cs="Arial"/>
                <w:sz w:val="24"/>
                <w:szCs w:val="24"/>
              </w:rPr>
              <w:t>– Parents to be in goal</w:t>
            </w:r>
          </w:p>
          <w:p w14:paraId="48953C6C" w14:textId="77777777" w:rsidR="00084BC7" w:rsidRPr="00DF0631" w:rsidRDefault="00084BC7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F3266F" w14:textId="430F7E71" w:rsidR="00084BC7" w:rsidRPr="00DF0631" w:rsidRDefault="00084BC7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Play your cards right</w:t>
            </w:r>
          </w:p>
          <w:p w14:paraId="44729C01" w14:textId="7BD79BDD" w:rsidR="00084BC7" w:rsidRPr="00DF0631" w:rsidRDefault="00084BC7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396AB5" w14:textId="2F294FE8" w:rsidR="00084BC7" w:rsidRPr="00DF0631" w:rsidRDefault="005E6AF5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Bear Bingo</w:t>
            </w:r>
          </w:p>
          <w:p w14:paraId="53E07977" w14:textId="65A0A903" w:rsidR="00084BC7" w:rsidRPr="00DF0631" w:rsidRDefault="00084BC7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80CFAC" w14:textId="1F5F3319" w:rsidR="00084BC7" w:rsidRPr="00DF0631" w:rsidRDefault="00084BC7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Coc</w:t>
            </w:r>
            <w:r w:rsidR="00340CC8">
              <w:rPr>
                <w:rFonts w:ascii="Arial" w:hAnsi="Arial" w:cs="Arial"/>
                <w:sz w:val="24"/>
                <w:szCs w:val="24"/>
              </w:rPr>
              <w:t>o</w:t>
            </w:r>
            <w:r w:rsidRPr="00DF0631">
              <w:rPr>
                <w:rFonts w:ascii="Arial" w:hAnsi="Arial" w:cs="Arial"/>
                <w:sz w:val="24"/>
                <w:szCs w:val="24"/>
              </w:rPr>
              <w:t>nut shy – bean bags</w:t>
            </w:r>
          </w:p>
          <w:p w14:paraId="7A40BCD6" w14:textId="2099600B" w:rsidR="00084BC7" w:rsidRPr="00DF0631" w:rsidRDefault="00084BC7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065B0A" w14:textId="40282F6F" w:rsidR="00084BC7" w:rsidRPr="00DF0631" w:rsidRDefault="00084BC7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Sweet shop</w:t>
            </w:r>
            <w:r w:rsidR="00340CC8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="00340CC8">
              <w:rPr>
                <w:rFonts w:ascii="Arial" w:hAnsi="Arial" w:cs="Arial"/>
                <w:sz w:val="24"/>
                <w:szCs w:val="24"/>
              </w:rPr>
              <w:t>fanto</w:t>
            </w:r>
            <w:proofErr w:type="spellEnd"/>
            <w:r w:rsidR="00340C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mentos, push pops </w:t>
            </w:r>
            <w:r w:rsidR="00DF0631" w:rsidRPr="00DF0631">
              <w:rPr>
                <w:rFonts w:ascii="Arial" w:hAnsi="Arial" w:cs="Arial"/>
                <w:sz w:val="24"/>
                <w:szCs w:val="24"/>
              </w:rPr>
              <w:t>go down well</w:t>
            </w:r>
          </w:p>
          <w:p w14:paraId="393AB651" w14:textId="1C71169F" w:rsidR="00084BC7" w:rsidRPr="00DF0631" w:rsidRDefault="00084BC7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7D9965" w14:textId="46D1795E" w:rsidR="00084BC7" w:rsidRPr="00DF0631" w:rsidRDefault="00084BC7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** look at investing in a large cooler box for </w:t>
            </w:r>
            <w:r w:rsidR="00DF0631" w:rsidRPr="00DF0631">
              <w:rPr>
                <w:rFonts w:ascii="Arial" w:hAnsi="Arial" w:cs="Arial"/>
                <w:sz w:val="24"/>
                <w:szCs w:val="24"/>
              </w:rPr>
              <w:t>drinks</w:t>
            </w:r>
            <w:r w:rsidRPr="00DF0631">
              <w:rPr>
                <w:rFonts w:ascii="Arial" w:hAnsi="Arial" w:cs="Arial"/>
                <w:sz w:val="24"/>
                <w:szCs w:val="24"/>
              </w:rPr>
              <w:t>**</w:t>
            </w:r>
            <w:r w:rsidR="00DF0631" w:rsidRPr="00DF0631">
              <w:rPr>
                <w:rFonts w:ascii="Arial" w:hAnsi="Arial" w:cs="Arial"/>
                <w:sz w:val="24"/>
                <w:szCs w:val="24"/>
              </w:rPr>
              <w:t xml:space="preserve"> Research to be completed on this</w:t>
            </w:r>
          </w:p>
          <w:p w14:paraId="727AC744" w14:textId="6B3B74EF" w:rsidR="00084BC7" w:rsidRPr="00DF0631" w:rsidRDefault="00084BC7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01F121" w14:textId="43F96A00" w:rsidR="00084BC7" w:rsidRPr="00DF0631" w:rsidRDefault="00084BC7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Glitter tattoos / </w:t>
            </w:r>
            <w:proofErr w:type="spellStart"/>
            <w:r w:rsidRPr="00DF0631">
              <w:rPr>
                <w:rFonts w:ascii="Arial" w:hAnsi="Arial" w:cs="Arial"/>
                <w:sz w:val="24"/>
                <w:szCs w:val="24"/>
              </w:rPr>
              <w:t>poss</w:t>
            </w:r>
            <w:proofErr w:type="spellEnd"/>
            <w:r w:rsidRPr="00DF0631">
              <w:rPr>
                <w:rFonts w:ascii="Arial" w:hAnsi="Arial" w:cs="Arial"/>
                <w:sz w:val="24"/>
                <w:szCs w:val="24"/>
              </w:rPr>
              <w:t xml:space="preserve"> face painting</w:t>
            </w:r>
          </w:p>
          <w:p w14:paraId="52395ACC" w14:textId="77777777" w:rsidR="00CA6707" w:rsidRPr="00DF0631" w:rsidRDefault="00CA6707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E2D405" w14:textId="3EA97A61" w:rsidR="00CA6707" w:rsidRPr="00DF0631" w:rsidRDefault="00CA6707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Prize table </w:t>
            </w:r>
          </w:p>
          <w:p w14:paraId="06C8B7A1" w14:textId="7D5D2DFB" w:rsidR="00CA6707" w:rsidRPr="00DF0631" w:rsidRDefault="00CA6707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B9E945" w14:textId="79348A00" w:rsidR="00CA6707" w:rsidRPr="00DF0631" w:rsidRDefault="00CA6707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Water bottle target</w:t>
            </w:r>
          </w:p>
          <w:p w14:paraId="6F9F1CF4" w14:textId="77777777" w:rsidR="00CA6707" w:rsidRPr="00DF0631" w:rsidRDefault="00CA6707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608DDB" w14:textId="2F6FCDFA" w:rsidR="00CA6707" w:rsidRPr="00DF0631" w:rsidRDefault="00CA6707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Supreme star dance academy – Indoor or outdoor?</w:t>
            </w:r>
            <w:r w:rsidR="005E6AF5" w:rsidRPr="00DF0631">
              <w:rPr>
                <w:rFonts w:ascii="Arial" w:hAnsi="Arial" w:cs="Arial"/>
                <w:sz w:val="24"/>
                <w:szCs w:val="24"/>
              </w:rPr>
              <w:t xml:space="preserve"> 5.30pm</w:t>
            </w:r>
          </w:p>
          <w:p w14:paraId="6F3DB7D3" w14:textId="2DC208D9" w:rsidR="00DF0631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46A3A4" w14:textId="77777777" w:rsidR="00DF0631" w:rsidRPr="00DF0631" w:rsidRDefault="00DF0631" w:rsidP="00DF0631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Inflatable slide – Teacher to man this!!</w:t>
            </w:r>
          </w:p>
          <w:p w14:paraId="07DA3597" w14:textId="0600B6DA" w:rsidR="00DF0631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738EBA" w14:textId="526451F3" w:rsidR="00DF0631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SM and LC to look at Bubble man</w:t>
            </w:r>
          </w:p>
          <w:p w14:paraId="6E089079" w14:textId="7C4B03AE" w:rsidR="00396FC6" w:rsidRPr="00DF0631" w:rsidRDefault="00396FC6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D92E9B" w14:textId="7ADDEF02" w:rsidR="00DF0631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059B9D" w14:textId="0C168241" w:rsidR="00084BC7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Tasks outstanding –</w:t>
            </w:r>
          </w:p>
          <w:p w14:paraId="062F5743" w14:textId="568FA88A" w:rsidR="00DF0631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41A76C" w14:textId="21128779" w:rsidR="00DF0631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Risk assessment – LC</w:t>
            </w:r>
          </w:p>
          <w:p w14:paraId="5EE3ECA5" w14:textId="77777777" w:rsidR="00DF0631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717DAE" w14:textId="546425FF" w:rsidR="00DF0631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Letter for members to give out on shops for Tombola prizes.</w:t>
            </w:r>
          </w:p>
          <w:p w14:paraId="2E81C280" w14:textId="77777777" w:rsidR="00084BC7" w:rsidRPr="00DF0631" w:rsidRDefault="00084BC7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80AE5E" w14:textId="57BBFD8C" w:rsidR="00396FC6" w:rsidRPr="00DF0631" w:rsidRDefault="00396FC6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Ice cream van</w:t>
            </w:r>
            <w:r w:rsidR="00DF0631" w:rsidRPr="00DF0631">
              <w:rPr>
                <w:rFonts w:ascii="Arial" w:hAnsi="Arial" w:cs="Arial"/>
                <w:sz w:val="24"/>
                <w:szCs w:val="24"/>
              </w:rPr>
              <w:t xml:space="preserve"> - booked</w:t>
            </w:r>
          </w:p>
          <w:p w14:paraId="39EAC0E0" w14:textId="7DF614E2" w:rsidR="00396FC6" w:rsidRPr="00DF0631" w:rsidRDefault="00396FC6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8C1531" w14:textId="607DD5EA" w:rsidR="00396FC6" w:rsidRPr="00DF0631" w:rsidRDefault="00340CC8" w:rsidP="00E927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Parent (MS) </w:t>
            </w:r>
            <w:r w:rsidR="00396FC6" w:rsidRPr="00DF0631">
              <w:rPr>
                <w:rFonts w:ascii="Arial" w:hAnsi="Arial" w:cs="Arial"/>
                <w:sz w:val="24"/>
                <w:szCs w:val="24"/>
              </w:rPr>
              <w:t xml:space="preserve">will do the BBQ – burgers, sausages, </w:t>
            </w:r>
          </w:p>
          <w:p w14:paraId="6357FFA5" w14:textId="41F73967" w:rsidR="00396FC6" w:rsidRPr="00DF0631" w:rsidRDefault="00396FC6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6203CD" w14:textId="5684597C" w:rsidR="00396FC6" w:rsidRPr="00DF0631" w:rsidRDefault="00396FC6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L</w:t>
            </w:r>
            <w:r w:rsidR="00DF0631" w:rsidRPr="00DF0631">
              <w:rPr>
                <w:rFonts w:ascii="Arial" w:hAnsi="Arial" w:cs="Arial"/>
                <w:sz w:val="24"/>
                <w:szCs w:val="24"/>
              </w:rPr>
              <w:t>C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 to bring separate BBQ/ Airfryer</w:t>
            </w:r>
            <w:r w:rsidR="00DF0631" w:rsidRPr="00DF0631">
              <w:rPr>
                <w:rFonts w:ascii="Arial" w:hAnsi="Arial" w:cs="Arial"/>
                <w:sz w:val="24"/>
                <w:szCs w:val="24"/>
              </w:rPr>
              <w:t xml:space="preserve"> for veg items</w:t>
            </w:r>
          </w:p>
          <w:p w14:paraId="13FD168C" w14:textId="6F56B1A7" w:rsidR="00DF0631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EA47BB" w14:textId="6E115938" w:rsidR="00DF0631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LC to contact Afterschool Club to see if they would like to participate.</w:t>
            </w:r>
          </w:p>
          <w:p w14:paraId="2A989941" w14:textId="3B3C1945" w:rsidR="00DF0631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A250EC" w14:textId="43CAD529" w:rsidR="00DF0631" w:rsidRPr="00DF0631" w:rsidRDefault="00DF0631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Alcohol </w:t>
            </w:r>
            <w:proofErr w:type="spellStart"/>
            <w:r w:rsidRPr="00DF0631">
              <w:rPr>
                <w:rFonts w:ascii="Arial" w:hAnsi="Arial" w:cs="Arial"/>
                <w:sz w:val="24"/>
                <w:szCs w:val="24"/>
              </w:rPr>
              <w:t>Licence</w:t>
            </w:r>
            <w:proofErr w:type="spellEnd"/>
            <w:r w:rsidRPr="00DF0631">
              <w:rPr>
                <w:rFonts w:ascii="Arial" w:hAnsi="Arial" w:cs="Arial"/>
                <w:sz w:val="24"/>
                <w:szCs w:val="24"/>
              </w:rPr>
              <w:t xml:space="preserve"> sorted - GN</w:t>
            </w:r>
          </w:p>
          <w:p w14:paraId="448060D2" w14:textId="0C0F2DDC" w:rsidR="005E6AF5" w:rsidRPr="00DF0631" w:rsidRDefault="005E6AF5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6EC24D" w14:textId="77777777" w:rsidR="00E9270E" w:rsidRPr="00DF0631" w:rsidRDefault="00E9270E" w:rsidP="00DF06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270E" w:rsidRPr="00DF0631" w14:paraId="2654151A" w14:textId="77777777" w:rsidTr="00AE797B">
        <w:tc>
          <w:tcPr>
            <w:tcW w:w="1270" w:type="dxa"/>
          </w:tcPr>
          <w:p w14:paraId="0834F787" w14:textId="489E0427" w:rsidR="00E9270E" w:rsidRPr="00DF0631" w:rsidRDefault="00E9270E" w:rsidP="00E9270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8937" w:type="dxa"/>
          </w:tcPr>
          <w:p w14:paraId="29A9975B" w14:textId="77777777" w:rsidR="00340CC8" w:rsidRDefault="00E9270E" w:rsidP="00E927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sz w:val="24"/>
                <w:szCs w:val="24"/>
              </w:rPr>
              <w:t>Sponsor ship, thank you letters</w:t>
            </w:r>
            <w:r w:rsidR="00DF0631" w:rsidRPr="00DF0631">
              <w:rPr>
                <w:rFonts w:ascii="Arial" w:hAnsi="Arial" w:cs="Arial"/>
                <w:b/>
                <w:sz w:val="24"/>
                <w:szCs w:val="24"/>
              </w:rPr>
              <w:t xml:space="preserve"> for Hampers for Wonka Bars prizes</w:t>
            </w:r>
            <w:r w:rsidRPr="00DF0631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</w:p>
          <w:p w14:paraId="72D3A703" w14:textId="77777777" w:rsidR="00340CC8" w:rsidRDefault="00340CC8" w:rsidP="00E927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CB5488" w14:textId="6A2043BD" w:rsidR="00E9270E" w:rsidRPr="00DF0631" w:rsidRDefault="00E9270E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All went out by GN</w:t>
            </w:r>
          </w:p>
          <w:p w14:paraId="73089942" w14:textId="51E5E1A9" w:rsidR="00E9270E" w:rsidRPr="00DF0631" w:rsidRDefault="00E9270E" w:rsidP="00E927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270E" w:rsidRPr="00DF0631" w14:paraId="417BCE7C" w14:textId="77777777" w:rsidTr="00AE797B">
        <w:tc>
          <w:tcPr>
            <w:tcW w:w="1270" w:type="dxa"/>
          </w:tcPr>
          <w:p w14:paraId="619AD32E" w14:textId="28026535" w:rsidR="00E9270E" w:rsidRPr="00DF0631" w:rsidRDefault="00E9270E" w:rsidP="00E9270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8937" w:type="dxa"/>
          </w:tcPr>
          <w:p w14:paraId="7EF174E5" w14:textId="26602913" w:rsidR="00E9270E" w:rsidRPr="00DF0631" w:rsidRDefault="00E9270E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sz w:val="24"/>
                <w:szCs w:val="24"/>
              </w:rPr>
              <w:t>Notice boards –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 move the fixed board onto the fence by the entrance to the school, will ask </w:t>
            </w:r>
            <w:r w:rsidR="00340CC8">
              <w:rPr>
                <w:rFonts w:ascii="Arial" w:hAnsi="Arial" w:cs="Arial"/>
                <w:sz w:val="24"/>
                <w:szCs w:val="24"/>
              </w:rPr>
              <w:t>caretaker (SM)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 to move them.</w:t>
            </w:r>
          </w:p>
          <w:p w14:paraId="101E82CF" w14:textId="77777777" w:rsidR="00E9270E" w:rsidRPr="00DF0631" w:rsidRDefault="00E9270E" w:rsidP="00E927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A48480" w14:textId="77777777" w:rsidR="00E9270E" w:rsidRPr="00DF0631" w:rsidRDefault="00E9270E" w:rsidP="00340C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270E" w:rsidRPr="00DF0631" w14:paraId="72C50B8D" w14:textId="77777777" w:rsidTr="00AE797B">
        <w:tc>
          <w:tcPr>
            <w:tcW w:w="1270" w:type="dxa"/>
          </w:tcPr>
          <w:p w14:paraId="5223329E" w14:textId="2D31EE21" w:rsidR="00E9270E" w:rsidRPr="00DF0631" w:rsidRDefault="00E9270E" w:rsidP="00E9270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12.  </w:t>
            </w:r>
          </w:p>
        </w:tc>
        <w:tc>
          <w:tcPr>
            <w:tcW w:w="8937" w:type="dxa"/>
          </w:tcPr>
          <w:p w14:paraId="3B12DBF5" w14:textId="7D457AD4" w:rsidR="00E9270E" w:rsidRPr="00DF0631" w:rsidRDefault="00E9270E" w:rsidP="00E927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Requests from the school – </w:t>
            </w:r>
          </w:p>
          <w:p w14:paraId="6D862441" w14:textId="77777777" w:rsidR="00DF0631" w:rsidRPr="00DF0631" w:rsidRDefault="00DF0631" w:rsidP="00E927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D8D2277" w14:textId="0DC2A1C4" w:rsidR="00E9270E" w:rsidRPr="00DF0631" w:rsidRDefault="00E9270E" w:rsidP="00E9270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Cs/>
                <w:sz w:val="24"/>
                <w:szCs w:val="24"/>
              </w:rPr>
              <w:t>Carried over from last meeting</w:t>
            </w:r>
          </w:p>
          <w:p w14:paraId="0A700E9E" w14:textId="60188FD4" w:rsidR="00E9270E" w:rsidRPr="00DF0631" w:rsidRDefault="00E9270E" w:rsidP="00E9270E">
            <w:pPr>
              <w:pStyle w:val="ListParagraph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07ED7FA5" w14:textId="69B6524B" w:rsidR="00E9270E" w:rsidRPr="00DF0631" w:rsidRDefault="00E9270E" w:rsidP="00E9270E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Technology, IPADS and more electrical equipment. – To be carried over</w:t>
            </w:r>
          </w:p>
          <w:p w14:paraId="127FF04C" w14:textId="77777777" w:rsidR="00E9270E" w:rsidRPr="00DF0631" w:rsidRDefault="00E9270E" w:rsidP="00E9270E">
            <w:pPr>
              <w:pStyle w:val="ListParagraph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1D013723" w14:textId="52CB1B0E" w:rsidR="00E9270E" w:rsidRPr="00DF0631" w:rsidRDefault="00E9270E" w:rsidP="00E9270E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Shelter for KS2 shading top playground is needed – pricing to be sourced, to be carried over to next meeting ****To be rolled over****</w:t>
            </w:r>
          </w:p>
          <w:p w14:paraId="42FF7B1A" w14:textId="77777777" w:rsidR="00E9270E" w:rsidRPr="00DF0631" w:rsidRDefault="00E9270E" w:rsidP="00E9270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4D9CFA3" w14:textId="0A745C52" w:rsidR="00E9270E" w:rsidRPr="00DF0631" w:rsidRDefault="00E9270E" w:rsidP="00E9270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 Second quote for the shelter has been received</w:t>
            </w:r>
            <w:r w:rsidR="00340CC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DDE0C3D" w14:textId="77777777" w:rsidR="00E9270E" w:rsidRPr="00DF0631" w:rsidRDefault="00E9270E" w:rsidP="00E9270E">
            <w:pPr>
              <w:pStyle w:val="ListParagraph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3D4691EB" w14:textId="269216F9" w:rsidR="00E9270E" w:rsidRPr="00DF0631" w:rsidRDefault="00E9270E" w:rsidP="00E9270E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Shelter for KS1 also outside reception – to be carried over ***** Quote has come through after site visit</w:t>
            </w:r>
            <w:r w:rsidR="00340CC8">
              <w:rPr>
                <w:rFonts w:ascii="Arial" w:hAnsi="Arial" w:cs="Arial"/>
                <w:sz w:val="24"/>
                <w:szCs w:val="24"/>
              </w:rPr>
              <w:t xml:space="preserve">.  </w:t>
            </w:r>
            <w:proofErr w:type="gramStart"/>
            <w:r w:rsidR="00340CC8">
              <w:rPr>
                <w:rFonts w:ascii="Arial" w:hAnsi="Arial" w:cs="Arial"/>
                <w:sz w:val="24"/>
                <w:szCs w:val="24"/>
              </w:rPr>
              <w:t>A</w:t>
            </w:r>
            <w:r w:rsidRPr="00DF0631">
              <w:rPr>
                <w:rFonts w:ascii="Arial" w:hAnsi="Arial" w:cs="Arial"/>
                <w:sz w:val="24"/>
                <w:szCs w:val="24"/>
              </w:rPr>
              <w:t>t the moment</w:t>
            </w:r>
            <w:proofErr w:type="gramEnd"/>
            <w:r w:rsidRPr="00DF0631">
              <w:rPr>
                <w:rFonts w:ascii="Arial" w:hAnsi="Arial" w:cs="Arial"/>
                <w:sz w:val="24"/>
                <w:szCs w:val="24"/>
              </w:rPr>
              <w:t xml:space="preserve"> this quote is coming in at £11,800. Second business coming out to quote*** Second quote has come from another company we are awaiting quote on this </w:t>
            </w:r>
            <w:r w:rsidR="00340CC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DF0631">
              <w:rPr>
                <w:rFonts w:ascii="Arial" w:hAnsi="Arial" w:cs="Arial"/>
                <w:sz w:val="24"/>
                <w:szCs w:val="24"/>
              </w:rPr>
              <w:t>considerably less</w:t>
            </w:r>
            <w:r w:rsidR="00340CC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E6CC717" w14:textId="77777777" w:rsidR="00E9270E" w:rsidRPr="00DF0631" w:rsidRDefault="00E9270E" w:rsidP="00E9270E">
            <w:pPr>
              <w:pStyle w:val="ListParagraph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5758A7F5" w14:textId="7EBA76E0" w:rsidR="00E9270E" w:rsidRPr="00DF0631" w:rsidRDefault="00E9270E" w:rsidP="00E9270E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Bike shelter – possibility of getting a grant</w:t>
            </w:r>
            <w:r w:rsidR="00340CC8">
              <w:rPr>
                <w:rFonts w:ascii="Arial" w:hAnsi="Arial" w:cs="Arial"/>
                <w:sz w:val="24"/>
                <w:szCs w:val="24"/>
              </w:rPr>
              <w:t>.  P</w:t>
            </w:r>
            <w:r w:rsidRPr="00DF0631">
              <w:rPr>
                <w:rFonts w:ascii="Arial" w:hAnsi="Arial" w:cs="Arial"/>
                <w:sz w:val="24"/>
                <w:szCs w:val="24"/>
              </w:rPr>
              <w:t>ossibility of having this in the future once decisions have been made on new floor and work in the top building</w:t>
            </w:r>
          </w:p>
          <w:p w14:paraId="2B59B62F" w14:textId="713C7244" w:rsidR="00E9270E" w:rsidRPr="00DF0631" w:rsidRDefault="00E9270E" w:rsidP="00E9270E">
            <w:pPr>
              <w:pStyle w:val="ListParagraph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270E" w:rsidRPr="00DF0631" w14:paraId="1E6CBF78" w14:textId="77777777" w:rsidTr="00AE797B">
        <w:tc>
          <w:tcPr>
            <w:tcW w:w="1270" w:type="dxa"/>
          </w:tcPr>
          <w:p w14:paraId="394EFC98" w14:textId="4D05B33B" w:rsidR="00E9270E" w:rsidRPr="00DF0631" w:rsidRDefault="00E9270E" w:rsidP="00E9270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15.</w:t>
            </w:r>
          </w:p>
        </w:tc>
        <w:tc>
          <w:tcPr>
            <w:tcW w:w="8937" w:type="dxa"/>
          </w:tcPr>
          <w:p w14:paraId="2A1ABCB0" w14:textId="63ADACDA" w:rsidR="00E9270E" w:rsidRPr="00DF0631" w:rsidRDefault="00E9270E" w:rsidP="00E927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Any other business/ Roll over actions of note –</w:t>
            </w:r>
          </w:p>
          <w:p w14:paraId="2D6C9800" w14:textId="77777777" w:rsidR="00E9270E" w:rsidRPr="00DF0631" w:rsidRDefault="00E9270E" w:rsidP="00E927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AFFA92" w14:textId="41E613F7" w:rsidR="00E9270E" w:rsidRPr="00DF0631" w:rsidRDefault="00E9270E" w:rsidP="00E9270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244E0D">
              <w:rPr>
                <w:rFonts w:ascii="Arial" w:hAnsi="Arial" w:cs="Arial"/>
                <w:bCs/>
                <w:sz w:val="24"/>
                <w:szCs w:val="24"/>
              </w:rPr>
              <w:t>Football kit</w:t>
            </w:r>
            <w:r w:rsidRPr="00244E0D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–</w:t>
            </w:r>
            <w:r w:rsidRPr="00DF063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Miss De Ste Croix to look at options of sponsoring kit with contacts we have already, also to liaise/ speak to Business manager ref T’s and </w:t>
            </w:r>
            <w:proofErr w:type="gramStart"/>
            <w:r w:rsidRPr="00DF0631">
              <w:rPr>
                <w:rFonts w:ascii="Arial" w:hAnsi="Arial" w:cs="Arial"/>
                <w:sz w:val="24"/>
                <w:szCs w:val="24"/>
              </w:rPr>
              <w:t>C’s</w:t>
            </w:r>
            <w:proofErr w:type="gramEnd"/>
            <w:r w:rsidRPr="00DF0631">
              <w:rPr>
                <w:rFonts w:ascii="Arial" w:hAnsi="Arial" w:cs="Arial"/>
                <w:sz w:val="24"/>
                <w:szCs w:val="24"/>
              </w:rPr>
              <w:t xml:space="preserve">. ***** </w:t>
            </w:r>
            <w:r w:rsidR="00340CC8">
              <w:rPr>
                <w:rFonts w:ascii="Arial" w:hAnsi="Arial" w:cs="Arial"/>
                <w:sz w:val="24"/>
                <w:szCs w:val="24"/>
              </w:rPr>
              <w:t>Upd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ate </w:t>
            </w:r>
            <w:r w:rsidR="00340CC8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="00340CC8">
              <w:rPr>
                <w:rFonts w:ascii="Arial" w:hAnsi="Arial" w:cs="Arial"/>
                <w:sz w:val="24"/>
                <w:szCs w:val="24"/>
              </w:rPr>
              <w:t>Mrs</w:t>
            </w:r>
            <w:proofErr w:type="spellEnd"/>
            <w:r w:rsidRPr="00DF0631">
              <w:rPr>
                <w:rFonts w:ascii="Arial" w:hAnsi="Arial" w:cs="Arial"/>
                <w:sz w:val="24"/>
                <w:szCs w:val="24"/>
              </w:rPr>
              <w:t xml:space="preserve"> Brown won a kit!</w:t>
            </w:r>
            <w:r w:rsidR="00340CC8">
              <w:rPr>
                <w:rFonts w:ascii="Arial" w:hAnsi="Arial" w:cs="Arial"/>
                <w:sz w:val="24"/>
                <w:szCs w:val="24"/>
              </w:rPr>
              <w:t xml:space="preserve"> Good quality but no numbers / no Colwich badge on.  LP to cost adding logo/numbers. </w:t>
            </w:r>
          </w:p>
          <w:p w14:paraId="3D76ECD1" w14:textId="77777777" w:rsidR="00E9270E" w:rsidRPr="00DF0631" w:rsidRDefault="00E9270E" w:rsidP="00E927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D544A0" w14:textId="57FE1DEA" w:rsidR="00E9270E" w:rsidRPr="00DF0631" w:rsidRDefault="00E9270E" w:rsidP="00E9270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Look at tiered funding, due diligence form for sponsorship </w:t>
            </w:r>
            <w:proofErr w:type="gramStart"/>
            <w:r w:rsidRPr="00DF0631">
              <w:rPr>
                <w:rFonts w:ascii="Arial" w:hAnsi="Arial" w:cs="Arial"/>
                <w:sz w:val="24"/>
                <w:szCs w:val="24"/>
              </w:rPr>
              <w:t>discussed</w:t>
            </w:r>
            <w:proofErr w:type="gramEnd"/>
            <w:r w:rsidRPr="00DF0631">
              <w:rPr>
                <w:rFonts w:ascii="Arial" w:hAnsi="Arial" w:cs="Arial"/>
                <w:sz w:val="24"/>
                <w:szCs w:val="24"/>
              </w:rPr>
              <w:t>, ways of advertising on the notice board, social media and events</w:t>
            </w:r>
            <w:r w:rsidRPr="00DF0631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="00244E0D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14:paraId="6463D5CA" w14:textId="77777777" w:rsidR="00E9270E" w:rsidRPr="00DF0631" w:rsidRDefault="00E9270E" w:rsidP="00E9270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9308329" w14:textId="4ACE7831" w:rsidR="00E9270E" w:rsidRPr="00DF0631" w:rsidRDefault="00E9270E" w:rsidP="00E9270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44E0D">
              <w:rPr>
                <w:rFonts w:ascii="Arial" w:hAnsi="Arial" w:cs="Arial"/>
                <w:sz w:val="24"/>
                <w:szCs w:val="24"/>
              </w:rPr>
              <w:t>Match funding from</w:t>
            </w:r>
            <w:r w:rsidRPr="00DF0631">
              <w:rPr>
                <w:rFonts w:ascii="Arial" w:hAnsi="Arial" w:cs="Arial"/>
                <w:bCs/>
                <w:sz w:val="24"/>
                <w:szCs w:val="24"/>
              </w:rPr>
              <w:t xml:space="preserve"> banks and business companies, ask companies for match funding. LC</w:t>
            </w:r>
            <w:r w:rsidR="00244E0D">
              <w:rPr>
                <w:rFonts w:ascii="Arial" w:hAnsi="Arial" w:cs="Arial"/>
                <w:bCs/>
                <w:sz w:val="24"/>
                <w:szCs w:val="24"/>
              </w:rPr>
              <w:t xml:space="preserve">.  </w:t>
            </w:r>
          </w:p>
          <w:p w14:paraId="2805739A" w14:textId="77777777" w:rsidR="00E9270E" w:rsidRPr="00DF0631" w:rsidRDefault="00E9270E" w:rsidP="00E9270E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17B8578" w14:textId="67802383" w:rsidR="00E9270E" w:rsidRPr="00DF0631" w:rsidRDefault="00E9270E" w:rsidP="00E9270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44E0D">
              <w:rPr>
                <w:rFonts w:ascii="Arial" w:hAnsi="Arial" w:cs="Arial"/>
                <w:sz w:val="24"/>
                <w:szCs w:val="24"/>
              </w:rPr>
              <w:t>Colwich after school club</w:t>
            </w: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Pr="00DF0631">
              <w:rPr>
                <w:rFonts w:ascii="Arial" w:hAnsi="Arial" w:cs="Arial"/>
                <w:bCs/>
                <w:sz w:val="24"/>
                <w:szCs w:val="24"/>
              </w:rPr>
              <w:t>Keep the club updated on upcoming events and LP will do this from the school perspective</w:t>
            </w:r>
          </w:p>
          <w:p w14:paraId="0C13E67A" w14:textId="77777777" w:rsidR="00E9270E" w:rsidRPr="00DF0631" w:rsidRDefault="00E9270E" w:rsidP="00E9270E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D0EF75A" w14:textId="0DE52894" w:rsidR="00E9270E" w:rsidRPr="00DF0631" w:rsidRDefault="00E9270E" w:rsidP="00E9270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 xml:space="preserve">New </w:t>
            </w:r>
            <w:r w:rsidR="00340CC8">
              <w:rPr>
                <w:rFonts w:ascii="Arial" w:hAnsi="Arial" w:cs="Arial"/>
                <w:sz w:val="24"/>
                <w:szCs w:val="24"/>
              </w:rPr>
              <w:t>V</w:t>
            </w:r>
            <w:r w:rsidRPr="00DF0631">
              <w:rPr>
                <w:rFonts w:ascii="Arial" w:hAnsi="Arial" w:cs="Arial"/>
                <w:sz w:val="24"/>
                <w:szCs w:val="24"/>
              </w:rPr>
              <w:t>ic theatre – do specific theatre for schools each year for KS2</w:t>
            </w:r>
            <w:r w:rsidR="00244E0D">
              <w:rPr>
                <w:rFonts w:ascii="Arial" w:hAnsi="Arial" w:cs="Arial"/>
                <w:sz w:val="24"/>
                <w:szCs w:val="24"/>
              </w:rPr>
              <w:t xml:space="preserve"> (Borrowers is this year’s possibility).  T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ickets come out in the summer and sell out </w:t>
            </w:r>
            <w:proofErr w:type="gramStart"/>
            <w:r w:rsidRPr="00DF0631">
              <w:rPr>
                <w:rFonts w:ascii="Arial" w:hAnsi="Arial" w:cs="Arial"/>
                <w:sz w:val="24"/>
                <w:szCs w:val="24"/>
              </w:rPr>
              <w:t>quickly</w:t>
            </w:r>
            <w:proofErr w:type="gramEnd"/>
            <w:r w:rsidRPr="00DF0631">
              <w:rPr>
                <w:rFonts w:ascii="Arial" w:hAnsi="Arial" w:cs="Arial"/>
                <w:sz w:val="24"/>
                <w:szCs w:val="24"/>
              </w:rPr>
              <w:t xml:space="preserve"> but we would be able to gauge </w:t>
            </w:r>
            <w:proofErr w:type="gramStart"/>
            <w:r w:rsidRPr="00DF0631">
              <w:rPr>
                <w:rFonts w:ascii="Arial" w:hAnsi="Arial" w:cs="Arial"/>
                <w:sz w:val="24"/>
                <w:szCs w:val="24"/>
              </w:rPr>
              <w:t>number</w:t>
            </w:r>
            <w:proofErr w:type="gramEnd"/>
            <w:r w:rsidRPr="00DF0631">
              <w:rPr>
                <w:rFonts w:ascii="Arial" w:hAnsi="Arial" w:cs="Arial"/>
                <w:sz w:val="24"/>
                <w:szCs w:val="24"/>
              </w:rPr>
              <w:t xml:space="preserve"> by the summer and book ahead.</w:t>
            </w:r>
          </w:p>
          <w:p w14:paraId="0234088C" w14:textId="77777777" w:rsidR="00E9270E" w:rsidRPr="00DF0631" w:rsidRDefault="00E9270E" w:rsidP="00E9270E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13895F6" w14:textId="77777777" w:rsidR="00E9270E" w:rsidRPr="00244E0D" w:rsidRDefault="00E9270E" w:rsidP="00E9270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44E0D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KS1 Farm/ Santa another experience- research into </w:t>
            </w:r>
            <w:proofErr w:type="spellStart"/>
            <w:r w:rsidRPr="00244E0D">
              <w:rPr>
                <w:rFonts w:ascii="Arial" w:hAnsi="Arial" w:cs="Arial"/>
                <w:bCs/>
                <w:iCs/>
                <w:sz w:val="24"/>
                <w:szCs w:val="24"/>
              </w:rPr>
              <w:t>xmas</w:t>
            </w:r>
            <w:proofErr w:type="spellEnd"/>
            <w:r w:rsidRPr="00244E0D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experiences and expense later in the year. </w:t>
            </w:r>
          </w:p>
          <w:p w14:paraId="275325CA" w14:textId="3BDD7865" w:rsidR="00E9270E" w:rsidRPr="00DF0631" w:rsidRDefault="00E9270E" w:rsidP="00E927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609581" w14:textId="3FE82553" w:rsidR="00E9270E" w:rsidRPr="00244E0D" w:rsidRDefault="00E9270E" w:rsidP="00E9270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244E0D">
              <w:rPr>
                <w:rFonts w:ascii="Arial" w:hAnsi="Arial" w:cs="Arial"/>
                <w:sz w:val="24"/>
                <w:szCs w:val="24"/>
              </w:rPr>
              <w:t xml:space="preserve">Round up of the year booklet - what </w:t>
            </w:r>
            <w:proofErr w:type="gramStart"/>
            <w:r w:rsidRPr="00244E0D">
              <w:rPr>
                <w:rFonts w:ascii="Arial" w:hAnsi="Arial" w:cs="Arial"/>
                <w:sz w:val="24"/>
                <w:szCs w:val="24"/>
              </w:rPr>
              <w:t>done</w:t>
            </w:r>
            <w:proofErr w:type="gramEnd"/>
            <w:r w:rsidRPr="00244E0D">
              <w:rPr>
                <w:rFonts w:ascii="Arial" w:hAnsi="Arial" w:cs="Arial"/>
                <w:sz w:val="24"/>
                <w:szCs w:val="24"/>
              </w:rPr>
              <w:t xml:space="preserve"> last year and </w:t>
            </w:r>
            <w:proofErr w:type="gramStart"/>
            <w:r w:rsidRPr="00244E0D">
              <w:rPr>
                <w:rFonts w:ascii="Arial" w:hAnsi="Arial" w:cs="Arial"/>
                <w:sz w:val="24"/>
                <w:szCs w:val="24"/>
              </w:rPr>
              <w:t>plans ahead</w:t>
            </w:r>
            <w:proofErr w:type="gramEnd"/>
            <w:r w:rsidRPr="00244E0D">
              <w:rPr>
                <w:rFonts w:ascii="Arial" w:hAnsi="Arial" w:cs="Arial"/>
                <w:sz w:val="24"/>
                <w:szCs w:val="24"/>
              </w:rPr>
              <w:t xml:space="preserve">, advertise good work. </w:t>
            </w:r>
          </w:p>
          <w:p w14:paraId="42E23813" w14:textId="7B8DF875" w:rsidR="00E9270E" w:rsidRPr="00DF0631" w:rsidRDefault="00E9270E" w:rsidP="00E927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E7B8E1" w14:textId="59ADA29C" w:rsidR="00E9270E" w:rsidRPr="00244E0D" w:rsidRDefault="00340CC8" w:rsidP="00E9270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7F14">
              <w:rPr>
                <w:rFonts w:ascii="Arial" w:hAnsi="Arial" w:cs="Arial"/>
                <w:sz w:val="24"/>
                <w:szCs w:val="24"/>
              </w:rPr>
              <w:t>MAT PTFAs collaboration</w:t>
            </w:r>
            <w:r w:rsidRPr="00244E0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="00E9270E" w:rsidRPr="00244E0D">
              <w:rPr>
                <w:rFonts w:ascii="Arial" w:hAnsi="Arial" w:cs="Arial"/>
                <w:sz w:val="24"/>
                <w:szCs w:val="24"/>
              </w:rPr>
              <w:t>L</w:t>
            </w:r>
            <w:r w:rsidRPr="00244E0D">
              <w:rPr>
                <w:rFonts w:ascii="Arial" w:hAnsi="Arial" w:cs="Arial"/>
                <w:sz w:val="24"/>
                <w:szCs w:val="24"/>
              </w:rPr>
              <w:t>P looking at date in new year (Se</w:t>
            </w:r>
            <w:r w:rsidR="00244E0D" w:rsidRPr="00244E0D">
              <w:rPr>
                <w:rFonts w:ascii="Arial" w:hAnsi="Arial" w:cs="Arial"/>
                <w:sz w:val="24"/>
                <w:szCs w:val="24"/>
              </w:rPr>
              <w:t xml:space="preserve">pt/Oct 26) for </w:t>
            </w:r>
            <w:r w:rsidR="00167F14">
              <w:rPr>
                <w:rFonts w:ascii="Arial" w:hAnsi="Arial" w:cs="Arial"/>
                <w:sz w:val="24"/>
                <w:szCs w:val="24"/>
              </w:rPr>
              <w:t>Colwich</w:t>
            </w:r>
            <w:r w:rsidR="00244E0D" w:rsidRPr="00244E0D">
              <w:rPr>
                <w:rFonts w:ascii="Arial" w:hAnsi="Arial" w:cs="Arial"/>
                <w:sz w:val="24"/>
                <w:szCs w:val="24"/>
              </w:rPr>
              <w:t xml:space="preserve">, St Peter’s and St Andrew’s PTFAs to meet up.  Poss collaboration. </w:t>
            </w:r>
            <w:r w:rsidR="00E9270E" w:rsidRPr="00244E0D">
              <w:rPr>
                <w:rFonts w:ascii="Arial" w:hAnsi="Arial" w:cs="Arial"/>
                <w:bCs/>
                <w:i/>
                <w:sz w:val="24"/>
                <w:szCs w:val="24"/>
              </w:rPr>
              <w:t>GN suggested one big bounce</w:t>
            </w:r>
            <w:r w:rsidR="00244E0D">
              <w:rPr>
                <w:rFonts w:ascii="Arial" w:hAnsi="Arial" w:cs="Arial"/>
                <w:bCs/>
                <w:i/>
                <w:sz w:val="24"/>
                <w:szCs w:val="24"/>
              </w:rPr>
              <w:t>.</w:t>
            </w:r>
          </w:p>
          <w:p w14:paraId="0A9BC931" w14:textId="77777777" w:rsidR="00244E0D" w:rsidRPr="00244E0D" w:rsidRDefault="00244E0D" w:rsidP="00244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6D2068" w14:textId="1286673E" w:rsidR="00E9270E" w:rsidRPr="00DF0631" w:rsidRDefault="00E9270E" w:rsidP="00E9270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7F14">
              <w:rPr>
                <w:rFonts w:ascii="Arial" w:hAnsi="Arial" w:cs="Arial"/>
                <w:sz w:val="24"/>
                <w:szCs w:val="24"/>
              </w:rPr>
              <w:t>School to contact Gladiators visit for next year – GN has</w:t>
            </w:r>
            <w:r w:rsidRPr="00DF0631">
              <w:rPr>
                <w:rFonts w:ascii="Arial" w:hAnsi="Arial" w:cs="Arial"/>
                <w:bCs/>
                <w:sz w:val="24"/>
                <w:szCs w:val="24"/>
              </w:rPr>
              <w:t xml:space="preserve"> messaged but a very long wait</w:t>
            </w:r>
          </w:p>
          <w:p w14:paraId="55D68D05" w14:textId="77777777" w:rsidR="00E9270E" w:rsidRPr="00DF0631" w:rsidRDefault="00E9270E" w:rsidP="00E9270E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0835A8" w14:textId="7469EB0D" w:rsidR="00E9270E" w:rsidRPr="00DF0631" w:rsidRDefault="00E9270E" w:rsidP="00E9270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167F14">
              <w:rPr>
                <w:rFonts w:ascii="Arial" w:hAnsi="Arial" w:cs="Arial"/>
                <w:sz w:val="24"/>
                <w:szCs w:val="24"/>
              </w:rPr>
              <w:t>2026 Year of crafting! Carried over from last meeting -</w:t>
            </w: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DF0631">
              <w:rPr>
                <w:rFonts w:ascii="Arial" w:hAnsi="Arial" w:cs="Arial"/>
                <w:bCs/>
                <w:sz w:val="24"/>
                <w:szCs w:val="24"/>
              </w:rPr>
              <w:t>Christmas cards/ bags/ other items</w:t>
            </w:r>
            <w:r w:rsidR="00167F14">
              <w:rPr>
                <w:rFonts w:ascii="Arial" w:hAnsi="Arial" w:cs="Arial"/>
                <w:bCs/>
                <w:sz w:val="24"/>
                <w:szCs w:val="24"/>
              </w:rPr>
              <w:t>.  L</w:t>
            </w:r>
            <w:r w:rsidRPr="00DF0631">
              <w:rPr>
                <w:rFonts w:ascii="Arial" w:hAnsi="Arial" w:cs="Arial"/>
                <w:bCs/>
                <w:sz w:val="24"/>
                <w:szCs w:val="24"/>
              </w:rPr>
              <w:t xml:space="preserve">ot of work for PTFA but will look at how much money it </w:t>
            </w:r>
            <w:r w:rsidRPr="00DF0631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has made this year </w:t>
            </w:r>
            <w:r w:rsidR="00167F14">
              <w:rPr>
                <w:rFonts w:ascii="Arial" w:hAnsi="Arial" w:cs="Arial"/>
                <w:bCs/>
                <w:sz w:val="24"/>
                <w:szCs w:val="24"/>
              </w:rPr>
              <w:t xml:space="preserve">to see if worth continuing. </w:t>
            </w:r>
            <w:r w:rsidRPr="00DF0631">
              <w:rPr>
                <w:rFonts w:ascii="Arial" w:hAnsi="Arial" w:cs="Arial"/>
                <w:bCs/>
                <w:sz w:val="24"/>
                <w:szCs w:val="24"/>
              </w:rPr>
              <w:t xml:space="preserve"> To be discussed at next meeting.</w:t>
            </w:r>
          </w:p>
          <w:p w14:paraId="5DFC97B8" w14:textId="44F9D91D" w:rsidR="00E9270E" w:rsidRPr="00DF0631" w:rsidRDefault="00E9270E" w:rsidP="00E927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A834109" w14:textId="1E6B4976" w:rsidR="00E9270E" w:rsidRPr="00DF0631" w:rsidRDefault="00E9270E" w:rsidP="00E9270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167F14">
              <w:rPr>
                <w:rFonts w:ascii="Arial" w:hAnsi="Arial" w:cs="Arial"/>
                <w:sz w:val="24"/>
                <w:szCs w:val="24"/>
              </w:rPr>
              <w:t>Painting of gates on the ramp – signage for front –</w:t>
            </w: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DF0631">
              <w:rPr>
                <w:rFonts w:ascii="Arial" w:hAnsi="Arial" w:cs="Arial"/>
                <w:bCs/>
                <w:sz w:val="24"/>
                <w:szCs w:val="24"/>
              </w:rPr>
              <w:t xml:space="preserve">a more </w:t>
            </w:r>
            <w:proofErr w:type="spellStart"/>
            <w:r w:rsidRPr="00DF0631">
              <w:rPr>
                <w:rFonts w:ascii="Arial" w:hAnsi="Arial" w:cs="Arial"/>
                <w:bCs/>
                <w:sz w:val="24"/>
                <w:szCs w:val="24"/>
              </w:rPr>
              <w:t>colo</w:t>
            </w:r>
            <w:r w:rsidR="00167F14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Pr="00DF0631">
              <w:rPr>
                <w:rFonts w:ascii="Arial" w:hAnsi="Arial" w:cs="Arial"/>
                <w:bCs/>
                <w:sz w:val="24"/>
                <w:szCs w:val="24"/>
              </w:rPr>
              <w:t>rful</w:t>
            </w:r>
            <w:proofErr w:type="spellEnd"/>
            <w:r w:rsidRPr="00DF0631">
              <w:rPr>
                <w:rFonts w:ascii="Arial" w:hAnsi="Arial" w:cs="Arial"/>
                <w:bCs/>
                <w:sz w:val="24"/>
                <w:szCs w:val="24"/>
              </w:rPr>
              <w:t xml:space="preserve"> approach to the school</w:t>
            </w:r>
          </w:p>
          <w:p w14:paraId="3AAFC45F" w14:textId="77777777" w:rsidR="00E9270E" w:rsidRPr="00DF0631" w:rsidRDefault="00E9270E" w:rsidP="00E927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3D335B" w14:textId="33E7928C" w:rsidR="00E9270E" w:rsidRPr="00DF0631" w:rsidRDefault="00E9270E" w:rsidP="00E927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82770" w:rsidRPr="00DF0631" w14:paraId="60F1AED9" w14:textId="77777777" w:rsidTr="00AE797B">
        <w:tc>
          <w:tcPr>
            <w:tcW w:w="1270" w:type="dxa"/>
          </w:tcPr>
          <w:p w14:paraId="046D216B" w14:textId="1879265C" w:rsidR="00282770" w:rsidRPr="00DF0631" w:rsidRDefault="00282770" w:rsidP="00E927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8937" w:type="dxa"/>
          </w:tcPr>
          <w:p w14:paraId="0256526F" w14:textId="6D54CA59" w:rsidR="00282770" w:rsidRPr="00244E0D" w:rsidRDefault="00282770" w:rsidP="00244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4E0D">
              <w:rPr>
                <w:rFonts w:ascii="Arial" w:hAnsi="Arial" w:cs="Arial"/>
                <w:b/>
                <w:bCs/>
                <w:sz w:val="24"/>
                <w:szCs w:val="24"/>
              </w:rPr>
              <w:t>AOB</w:t>
            </w:r>
          </w:p>
          <w:p w14:paraId="208BDC28" w14:textId="77777777" w:rsidR="00282770" w:rsidRPr="00DF0631" w:rsidRDefault="00282770" w:rsidP="00E9270E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978374" w14:textId="0A00B696" w:rsidR="005E6AF5" w:rsidRPr="00244E0D" w:rsidRDefault="00244E0D" w:rsidP="00244E0D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44E0D">
              <w:rPr>
                <w:rFonts w:ascii="Arial" w:hAnsi="Arial" w:cs="Arial"/>
                <w:bCs/>
                <w:sz w:val="24"/>
                <w:szCs w:val="24"/>
              </w:rPr>
              <w:t xml:space="preserve">2026/27 </w:t>
            </w:r>
            <w:r w:rsidR="005E6AF5" w:rsidRPr="00244E0D">
              <w:rPr>
                <w:rFonts w:ascii="Arial" w:hAnsi="Arial" w:cs="Arial"/>
                <w:bCs/>
                <w:sz w:val="24"/>
                <w:szCs w:val="24"/>
              </w:rPr>
              <w:t xml:space="preserve">Leavers hoodies – </w:t>
            </w:r>
            <w:r w:rsidR="0060681D" w:rsidRPr="00244E0D">
              <w:rPr>
                <w:rFonts w:ascii="Arial" w:hAnsi="Arial" w:cs="Arial"/>
                <w:bCs/>
                <w:sz w:val="24"/>
                <w:szCs w:val="24"/>
              </w:rPr>
              <w:t xml:space="preserve">order after school holidays – LC to order in </w:t>
            </w:r>
            <w:r w:rsidR="00DF0631" w:rsidRPr="00244E0D">
              <w:rPr>
                <w:rFonts w:ascii="Arial" w:hAnsi="Arial" w:cs="Arial"/>
                <w:bCs/>
                <w:sz w:val="24"/>
                <w:szCs w:val="24"/>
              </w:rPr>
              <w:t>September</w:t>
            </w:r>
          </w:p>
          <w:p w14:paraId="42EB2C08" w14:textId="001E9E06" w:rsidR="005E6AF5" w:rsidRPr="00DF0631" w:rsidRDefault="005E6AF5" w:rsidP="00E9270E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25C046" w14:textId="77777777" w:rsidR="00244E0D" w:rsidRDefault="00DF0631" w:rsidP="00244E0D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</w:t>
            </w:r>
            <w:r w:rsidR="00244E0D">
              <w:rPr>
                <w:rFonts w:ascii="Arial" w:hAnsi="Arial" w:cs="Arial"/>
                <w:bCs/>
                <w:sz w:val="24"/>
                <w:szCs w:val="24"/>
              </w:rPr>
              <w:t>i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fts for </w:t>
            </w:r>
            <w:r w:rsidR="00244E0D">
              <w:rPr>
                <w:rFonts w:ascii="Arial" w:hAnsi="Arial" w:cs="Arial"/>
                <w:bCs/>
                <w:sz w:val="24"/>
                <w:szCs w:val="24"/>
              </w:rPr>
              <w:t xml:space="preserve">2025/26 </w:t>
            </w:r>
            <w:r>
              <w:rPr>
                <w:rFonts w:ascii="Arial" w:hAnsi="Arial" w:cs="Arial"/>
                <w:bCs/>
                <w:sz w:val="24"/>
                <w:szCs w:val="24"/>
              </w:rPr>
              <w:t>leavers to be ordered</w:t>
            </w:r>
            <w:r w:rsidR="00244E0D">
              <w:rPr>
                <w:rFonts w:ascii="Arial" w:hAnsi="Arial" w:cs="Arial"/>
                <w:bCs/>
                <w:sz w:val="24"/>
                <w:szCs w:val="24"/>
              </w:rPr>
              <w:t xml:space="preserve"> - </w:t>
            </w:r>
            <w:r w:rsidR="00244E0D" w:rsidRPr="00244E0D">
              <w:rPr>
                <w:rFonts w:ascii="Arial" w:hAnsi="Arial" w:cs="Arial"/>
                <w:bCs/>
                <w:sz w:val="24"/>
                <w:szCs w:val="24"/>
              </w:rPr>
              <w:t xml:space="preserve">Poss options for gifts - </w:t>
            </w:r>
            <w:r w:rsidR="0060681D" w:rsidRPr="00244E0D">
              <w:rPr>
                <w:rFonts w:ascii="Arial" w:hAnsi="Arial" w:cs="Arial"/>
                <w:bCs/>
                <w:sz w:val="24"/>
                <w:szCs w:val="24"/>
              </w:rPr>
              <w:t>Names on a cloud design of children print</w:t>
            </w:r>
            <w:r w:rsidR="00244E0D" w:rsidRPr="00244E0D">
              <w:rPr>
                <w:rFonts w:ascii="Arial" w:hAnsi="Arial" w:cs="Arial"/>
                <w:bCs/>
                <w:sz w:val="24"/>
                <w:szCs w:val="24"/>
              </w:rPr>
              <w:t xml:space="preserve">; </w:t>
            </w:r>
            <w:r w:rsidR="005E6AF5" w:rsidRPr="00244E0D">
              <w:rPr>
                <w:rFonts w:ascii="Arial" w:hAnsi="Arial" w:cs="Arial"/>
                <w:bCs/>
                <w:sz w:val="24"/>
                <w:szCs w:val="24"/>
              </w:rPr>
              <w:t>Fabric pens</w:t>
            </w:r>
            <w:r w:rsidR="00244E0D" w:rsidRPr="00244E0D">
              <w:rPr>
                <w:rFonts w:ascii="Arial" w:hAnsi="Arial" w:cs="Arial"/>
                <w:bCs/>
                <w:sz w:val="24"/>
                <w:szCs w:val="24"/>
              </w:rPr>
              <w:t xml:space="preserve">; </w:t>
            </w:r>
            <w:proofErr w:type="spellStart"/>
            <w:r w:rsidR="005E6AF5" w:rsidRPr="00244E0D">
              <w:rPr>
                <w:rFonts w:ascii="Arial" w:hAnsi="Arial" w:cs="Arial"/>
                <w:bCs/>
                <w:sz w:val="24"/>
                <w:szCs w:val="24"/>
              </w:rPr>
              <w:t>Personali</w:t>
            </w:r>
            <w:r w:rsidR="00244E0D" w:rsidRPr="00244E0D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5E6AF5" w:rsidRPr="00244E0D">
              <w:rPr>
                <w:rFonts w:ascii="Arial" w:hAnsi="Arial" w:cs="Arial"/>
                <w:bCs/>
                <w:sz w:val="24"/>
                <w:szCs w:val="24"/>
              </w:rPr>
              <w:t>ed</w:t>
            </w:r>
            <w:proofErr w:type="spellEnd"/>
            <w:r w:rsidR="005E6AF5" w:rsidRPr="00244E0D">
              <w:rPr>
                <w:rFonts w:ascii="Arial" w:hAnsi="Arial" w:cs="Arial"/>
                <w:bCs/>
                <w:sz w:val="24"/>
                <w:szCs w:val="24"/>
              </w:rPr>
              <w:t xml:space="preserve"> bottles Colwich</w:t>
            </w:r>
            <w:r w:rsidR="00244E0D" w:rsidRPr="00244E0D">
              <w:rPr>
                <w:rFonts w:ascii="Arial" w:hAnsi="Arial" w:cs="Arial"/>
                <w:bCs/>
                <w:sz w:val="24"/>
                <w:szCs w:val="24"/>
              </w:rPr>
              <w:t xml:space="preserve">; </w:t>
            </w:r>
            <w:r w:rsidR="005E6AF5" w:rsidRPr="00244E0D">
              <w:rPr>
                <w:rFonts w:ascii="Arial" w:hAnsi="Arial" w:cs="Arial"/>
                <w:bCs/>
                <w:sz w:val="24"/>
                <w:szCs w:val="24"/>
              </w:rPr>
              <w:t xml:space="preserve">Multi </w:t>
            </w:r>
            <w:proofErr w:type="spellStart"/>
            <w:r w:rsidR="005E6AF5" w:rsidRPr="00244E0D">
              <w:rPr>
                <w:rFonts w:ascii="Arial" w:hAnsi="Arial" w:cs="Arial"/>
                <w:bCs/>
                <w:sz w:val="24"/>
                <w:szCs w:val="24"/>
              </w:rPr>
              <w:t>colour</w:t>
            </w:r>
            <w:proofErr w:type="spellEnd"/>
            <w:r w:rsidR="005E6AF5" w:rsidRPr="00244E0D">
              <w:rPr>
                <w:rFonts w:ascii="Arial" w:hAnsi="Arial" w:cs="Arial"/>
                <w:bCs/>
                <w:sz w:val="24"/>
                <w:szCs w:val="24"/>
              </w:rPr>
              <w:t xml:space="preserve"> pen</w:t>
            </w:r>
            <w:r w:rsidR="00244E0D" w:rsidRPr="00244E0D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r w:rsidR="005E6AF5" w:rsidRPr="00244E0D">
              <w:rPr>
                <w:rFonts w:ascii="Arial" w:hAnsi="Arial" w:cs="Arial"/>
                <w:bCs/>
                <w:sz w:val="24"/>
                <w:szCs w:val="24"/>
              </w:rPr>
              <w:t>Approx £10.00 per child</w:t>
            </w:r>
            <w:r w:rsidR="00244E0D" w:rsidRPr="00244E0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604E2355" w14:textId="77777777" w:rsidR="00244E0D" w:rsidRPr="00244E0D" w:rsidRDefault="00244E0D" w:rsidP="00244E0D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55FF12C" w14:textId="0F8D7748" w:rsidR="0060681D" w:rsidRPr="00244E0D" w:rsidRDefault="0060681D" w:rsidP="00244E0D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244E0D">
              <w:rPr>
                <w:rFonts w:ascii="Arial" w:hAnsi="Arial" w:cs="Arial"/>
                <w:bCs/>
                <w:sz w:val="24"/>
                <w:szCs w:val="24"/>
              </w:rPr>
              <w:t>Welcome pack for new starters parents – PTFA to arrange – SM look at ideas for parents</w:t>
            </w:r>
            <w:r w:rsidR="00244E0D" w:rsidRPr="00244E0D">
              <w:rPr>
                <w:rFonts w:ascii="Arial" w:hAnsi="Arial" w:cs="Arial"/>
                <w:bCs/>
                <w:sz w:val="24"/>
                <w:szCs w:val="24"/>
              </w:rPr>
              <w:t>’</w:t>
            </w:r>
            <w:r w:rsidRPr="00244E0D">
              <w:rPr>
                <w:rFonts w:ascii="Arial" w:hAnsi="Arial" w:cs="Arial"/>
                <w:bCs/>
                <w:sz w:val="24"/>
                <w:szCs w:val="24"/>
              </w:rPr>
              <w:t xml:space="preserve"> gift packs. 1</w:t>
            </w:r>
            <w:r w:rsidR="00244E0D" w:rsidRPr="00244E0D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Pr="00244E0D">
              <w:rPr>
                <w:rFonts w:ascii="Arial" w:hAnsi="Arial" w:cs="Arial"/>
                <w:bCs/>
                <w:sz w:val="24"/>
                <w:szCs w:val="24"/>
              </w:rPr>
              <w:t xml:space="preserve"> in reception</w:t>
            </w:r>
            <w:r w:rsidR="00DF0631" w:rsidRPr="00244E0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44E0D" w:rsidRPr="00244E0D">
              <w:rPr>
                <w:rFonts w:ascii="Arial" w:hAnsi="Arial" w:cs="Arial"/>
                <w:bCs/>
                <w:sz w:val="24"/>
                <w:szCs w:val="24"/>
              </w:rPr>
              <w:t>2026/27</w:t>
            </w:r>
          </w:p>
          <w:p w14:paraId="69A7AF01" w14:textId="4A730157" w:rsidR="0060681D" w:rsidRPr="00DF0631" w:rsidRDefault="0060681D" w:rsidP="00E9270E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270E" w:rsidRPr="00DF0631" w14:paraId="36FEE470" w14:textId="77777777" w:rsidTr="00AE797B">
        <w:tc>
          <w:tcPr>
            <w:tcW w:w="1270" w:type="dxa"/>
          </w:tcPr>
          <w:p w14:paraId="31F8959A" w14:textId="28CDBB79" w:rsidR="00E9270E" w:rsidRPr="00DF0631" w:rsidRDefault="00E9270E" w:rsidP="00E927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8937" w:type="dxa"/>
          </w:tcPr>
          <w:p w14:paraId="2AD92206" w14:textId="036A63E5" w:rsidR="00E9270E" w:rsidRPr="00244E0D" w:rsidRDefault="00E9270E" w:rsidP="00244E0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4E0D">
              <w:rPr>
                <w:rFonts w:ascii="Arial" w:hAnsi="Arial" w:cs="Arial"/>
                <w:b/>
                <w:bCs/>
                <w:sz w:val="24"/>
                <w:szCs w:val="24"/>
              </w:rPr>
              <w:t>Dates for diary</w:t>
            </w:r>
          </w:p>
          <w:p w14:paraId="66FB0171" w14:textId="77777777" w:rsidR="00E9270E" w:rsidRPr="00DF0631" w:rsidRDefault="00E9270E" w:rsidP="00E9270E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267812" w14:textId="29A21BE6" w:rsidR="00E9270E" w:rsidRPr="00DF0631" w:rsidRDefault="00E9270E" w:rsidP="00E9270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Summer fa</w:t>
            </w:r>
            <w:r w:rsidR="00167F14">
              <w:rPr>
                <w:rFonts w:ascii="Arial" w:hAnsi="Arial" w:cs="Arial"/>
                <w:sz w:val="24"/>
                <w:szCs w:val="24"/>
              </w:rPr>
              <w:t>ir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 – Friday after school Friday </w:t>
            </w:r>
            <w:r w:rsidR="00244E0D">
              <w:rPr>
                <w:rFonts w:ascii="Arial" w:hAnsi="Arial" w:cs="Arial"/>
                <w:sz w:val="24"/>
                <w:szCs w:val="24"/>
              </w:rPr>
              <w:t>10</w:t>
            </w:r>
            <w:r w:rsidR="00244E0D" w:rsidRPr="00244E0D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244E0D">
              <w:rPr>
                <w:rFonts w:ascii="Arial" w:hAnsi="Arial" w:cs="Arial"/>
                <w:sz w:val="24"/>
                <w:szCs w:val="24"/>
              </w:rPr>
              <w:t xml:space="preserve"> July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 2026 – 4.30- 6.30pm</w:t>
            </w:r>
          </w:p>
          <w:p w14:paraId="658B3A24" w14:textId="77777777" w:rsidR="00E9270E" w:rsidRPr="00DF0631" w:rsidRDefault="00E9270E" w:rsidP="00E9270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8EB21FB" w14:textId="5BB86F22" w:rsidR="00E9270E" w:rsidRPr="00DF0631" w:rsidRDefault="00E9270E" w:rsidP="00E9270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Cs/>
                <w:sz w:val="24"/>
                <w:szCs w:val="24"/>
              </w:rPr>
              <w:t xml:space="preserve">Movie </w:t>
            </w:r>
            <w:r w:rsidR="00244E0D">
              <w:rPr>
                <w:rFonts w:ascii="Arial" w:hAnsi="Arial" w:cs="Arial"/>
                <w:bCs/>
                <w:sz w:val="24"/>
                <w:szCs w:val="24"/>
              </w:rPr>
              <w:t>‘n’</w:t>
            </w:r>
            <w:r w:rsidRPr="00DF0631">
              <w:rPr>
                <w:rFonts w:ascii="Arial" w:hAnsi="Arial" w:cs="Arial"/>
                <w:bCs/>
                <w:sz w:val="24"/>
                <w:szCs w:val="24"/>
              </w:rPr>
              <w:t xml:space="preserve"> Munch –15</w:t>
            </w:r>
            <w:r w:rsidRPr="00DF0631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Pr="00DF0631">
              <w:rPr>
                <w:rFonts w:ascii="Arial" w:hAnsi="Arial" w:cs="Arial"/>
                <w:bCs/>
                <w:sz w:val="24"/>
                <w:szCs w:val="24"/>
              </w:rPr>
              <w:t xml:space="preserve"> October 2026</w:t>
            </w:r>
          </w:p>
          <w:p w14:paraId="18E2135B" w14:textId="77777777" w:rsidR="00E9270E" w:rsidRPr="00DF0631" w:rsidRDefault="00E9270E" w:rsidP="00E9270E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166918A" w14:textId="627DCFB7" w:rsidR="00E9270E" w:rsidRPr="00DF0631" w:rsidRDefault="00E9270E" w:rsidP="00E9270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Cs/>
                <w:sz w:val="24"/>
                <w:szCs w:val="24"/>
              </w:rPr>
              <w:t>October disco –25</w:t>
            </w:r>
            <w:r w:rsidRPr="00DF0631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Pr="00DF0631">
              <w:rPr>
                <w:rFonts w:ascii="Arial" w:hAnsi="Arial" w:cs="Arial"/>
                <w:bCs/>
                <w:sz w:val="24"/>
                <w:szCs w:val="24"/>
              </w:rPr>
              <w:t xml:space="preserve"> September 2026</w:t>
            </w:r>
          </w:p>
          <w:p w14:paraId="4ED92354" w14:textId="77777777" w:rsidR="00E9270E" w:rsidRPr="00DF0631" w:rsidRDefault="00E9270E" w:rsidP="00E9270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B2D30B8" w14:textId="0AAA5235" w:rsidR="00E9270E" w:rsidRPr="00DF0631" w:rsidRDefault="00E9270E" w:rsidP="00E9270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DF0631">
              <w:rPr>
                <w:rFonts w:ascii="Arial" w:hAnsi="Arial" w:cs="Arial"/>
                <w:sz w:val="24"/>
                <w:szCs w:val="24"/>
              </w:rPr>
              <w:t>202</w:t>
            </w:r>
            <w:r w:rsidR="00244E0D">
              <w:rPr>
                <w:rFonts w:ascii="Arial" w:hAnsi="Arial" w:cs="Arial"/>
                <w:sz w:val="24"/>
                <w:szCs w:val="24"/>
              </w:rPr>
              <w:t>7</w:t>
            </w:r>
            <w:r w:rsidRPr="00DF0631">
              <w:rPr>
                <w:rFonts w:ascii="Arial" w:hAnsi="Arial" w:cs="Arial"/>
                <w:sz w:val="24"/>
                <w:szCs w:val="24"/>
              </w:rPr>
              <w:t xml:space="preserve"> is 200 years of Colwich Primary School!</w:t>
            </w:r>
          </w:p>
          <w:p w14:paraId="288FFD8D" w14:textId="77777777" w:rsidR="00E9270E" w:rsidRPr="00DF0631" w:rsidRDefault="00E9270E" w:rsidP="00E927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9270E" w:rsidRPr="00DF0631" w14:paraId="6517FEE0" w14:textId="77777777" w:rsidTr="00AE797B">
        <w:tc>
          <w:tcPr>
            <w:tcW w:w="1270" w:type="dxa"/>
          </w:tcPr>
          <w:p w14:paraId="7BC9123A" w14:textId="414B47A0" w:rsidR="00E9270E" w:rsidRPr="00DF0631" w:rsidRDefault="00E9270E" w:rsidP="00E927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16..</w:t>
            </w:r>
          </w:p>
        </w:tc>
        <w:tc>
          <w:tcPr>
            <w:tcW w:w="8937" w:type="dxa"/>
          </w:tcPr>
          <w:p w14:paraId="686807DA" w14:textId="05DE25BC" w:rsidR="00E9270E" w:rsidRPr="00DF0631" w:rsidRDefault="00E9270E" w:rsidP="00E927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0631">
              <w:rPr>
                <w:rFonts w:ascii="Arial" w:hAnsi="Arial" w:cs="Arial"/>
                <w:b/>
                <w:bCs/>
                <w:sz w:val="24"/>
                <w:szCs w:val="24"/>
              </w:rPr>
              <w:t>Next meeting dat</w:t>
            </w:r>
            <w:r w:rsidR="00244E0D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  <w:p w14:paraId="39F5F390" w14:textId="77777777" w:rsidR="00E9270E" w:rsidRPr="00DF0631" w:rsidRDefault="00E9270E" w:rsidP="00E927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CD2D69" w14:textId="1CC90F7C" w:rsidR="00E9270E" w:rsidRPr="00244E0D" w:rsidRDefault="00E9270E" w:rsidP="00E9270E">
            <w:pPr>
              <w:rPr>
                <w:rFonts w:ascii="Arial" w:hAnsi="Arial" w:cs="Arial"/>
                <w:sz w:val="24"/>
                <w:szCs w:val="24"/>
              </w:rPr>
            </w:pPr>
            <w:r w:rsidRPr="00244E0D">
              <w:rPr>
                <w:rFonts w:ascii="Arial" w:hAnsi="Arial" w:cs="Arial"/>
                <w:sz w:val="24"/>
                <w:szCs w:val="24"/>
              </w:rPr>
              <w:t xml:space="preserve">Tuesday </w:t>
            </w:r>
            <w:r w:rsidR="00DF0631" w:rsidRPr="00244E0D">
              <w:rPr>
                <w:rFonts w:ascii="Arial" w:hAnsi="Arial" w:cs="Arial"/>
                <w:sz w:val="24"/>
                <w:szCs w:val="24"/>
              </w:rPr>
              <w:t>14</w:t>
            </w:r>
            <w:r w:rsidR="00DF0631" w:rsidRPr="00244E0D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DF0631" w:rsidRPr="00244E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4E0D" w:rsidRPr="00244E0D">
              <w:rPr>
                <w:rFonts w:ascii="Arial" w:hAnsi="Arial" w:cs="Arial"/>
                <w:sz w:val="24"/>
                <w:szCs w:val="24"/>
              </w:rPr>
              <w:t>July</w:t>
            </w:r>
            <w:r w:rsidR="00DF0631" w:rsidRPr="00244E0D">
              <w:rPr>
                <w:rFonts w:ascii="Arial" w:hAnsi="Arial" w:cs="Arial"/>
                <w:sz w:val="24"/>
                <w:szCs w:val="24"/>
              </w:rPr>
              <w:t xml:space="preserve"> 2026 7.30pm Lamb and Flag PH</w:t>
            </w:r>
          </w:p>
        </w:tc>
      </w:tr>
      <w:bookmarkEnd w:id="0"/>
    </w:tbl>
    <w:p w14:paraId="38B850E1" w14:textId="77777777" w:rsidR="005C20D0" w:rsidRPr="00DF0631" w:rsidRDefault="005C20D0" w:rsidP="00C26D62">
      <w:pPr>
        <w:rPr>
          <w:rFonts w:ascii="Arial" w:hAnsi="Arial" w:cs="Arial"/>
          <w:b/>
          <w:bCs/>
          <w:sz w:val="24"/>
          <w:szCs w:val="24"/>
        </w:rPr>
      </w:pPr>
    </w:p>
    <w:sectPr w:rsidR="005C20D0" w:rsidRPr="00DF0631" w:rsidSect="00B75EEF">
      <w:headerReference w:type="default" r:id="rId8"/>
      <w:footerReference w:type="default" r:id="rId9"/>
      <w:pgSz w:w="12240" w:h="15840"/>
      <w:pgMar w:top="1440" w:right="1800" w:bottom="1440" w:left="1800" w:header="720" w:footer="3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1FC6" w14:textId="77777777" w:rsidR="00697FC3" w:rsidRDefault="00697FC3" w:rsidP="00B17E1E">
      <w:pPr>
        <w:spacing w:after="0" w:line="240" w:lineRule="auto"/>
      </w:pPr>
      <w:r>
        <w:separator/>
      </w:r>
    </w:p>
  </w:endnote>
  <w:endnote w:type="continuationSeparator" w:id="0">
    <w:p w14:paraId="11A0870F" w14:textId="77777777" w:rsidR="00697FC3" w:rsidRDefault="00697FC3" w:rsidP="00B17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D1D7" w14:textId="45FAEB6C" w:rsidR="00B75EEF" w:rsidRPr="00B75EEF" w:rsidRDefault="00D47A68" w:rsidP="00B17E1E">
    <w:pPr>
      <w:rPr>
        <w:rFonts w:ascii="Arial" w:hAnsi="Arial" w:cs="Arial"/>
        <w:b/>
        <w:color w:val="660033"/>
      </w:rPr>
    </w:pPr>
    <w:r w:rsidRPr="00B75EEF">
      <w:rPr>
        <w:b/>
        <w:bCs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6266BD2" wp14:editId="3C33D20B">
              <wp:simplePos x="0" y="0"/>
              <wp:positionH relativeFrom="column">
                <wp:posOffset>-1143000</wp:posOffset>
              </wp:positionH>
              <wp:positionV relativeFrom="paragraph">
                <wp:posOffset>-336550</wp:posOffset>
              </wp:positionV>
              <wp:extent cx="7785100" cy="12700"/>
              <wp:effectExtent l="0" t="0" r="25400" b="25400"/>
              <wp:wrapNone/>
              <wp:docPr id="139806619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5100" cy="12700"/>
                      </a:xfrm>
                      <a:prstGeom prst="line">
                        <a:avLst/>
                      </a:prstGeom>
                      <a:ln>
                        <a:solidFill>
                          <a:srgbClr val="660033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B051333" id="Straight Connector 1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6.5pt" to="523pt,-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" strokecolor="#603"/>
          </w:pict>
        </mc:Fallback>
      </mc:AlternateContent>
    </w:r>
    <w:r w:rsidR="00B17E1E" w:rsidRPr="00B75EEF">
      <w:rPr>
        <w:rFonts w:ascii="Arial" w:hAnsi="Arial" w:cs="Arial"/>
        <w:b/>
        <w:color w:val="660033"/>
      </w:rPr>
      <w:t>Colwich PTFA</w:t>
    </w:r>
    <w:r w:rsidR="00B75EEF" w:rsidRPr="00B75EEF">
      <w:rPr>
        <w:rFonts w:ascii="Arial" w:hAnsi="Arial" w:cs="Arial"/>
        <w:b/>
        <w:color w:val="660033"/>
      </w:rPr>
      <w:t xml:space="preserve"> </w:t>
    </w:r>
  </w:p>
  <w:p w14:paraId="3CB79513" w14:textId="58CFD7D2" w:rsidR="00B17E1E" w:rsidRPr="00B75EEF" w:rsidRDefault="00B75EEF" w:rsidP="00B17E1E">
    <w:pPr>
      <w:rPr>
        <w:rFonts w:ascii="Arial" w:hAnsi="Arial" w:cs="Arial"/>
        <w:bCs/>
        <w:color w:val="660033"/>
      </w:rPr>
    </w:pPr>
    <w:r w:rsidRPr="00B75EEF">
      <w:rPr>
        <w:rFonts w:ascii="Arial" w:hAnsi="Arial" w:cs="Arial"/>
        <w:bCs/>
        <w:noProof/>
        <w:color w:val="660033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93FEA16" wp14:editId="3255A1B1">
              <wp:simplePos x="0" y="0"/>
              <wp:positionH relativeFrom="column">
                <wp:posOffset>4395470</wp:posOffset>
              </wp:positionH>
              <wp:positionV relativeFrom="paragraph">
                <wp:posOffset>182245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C400C6" w14:textId="77777777" w:rsidR="00B75EEF" w:rsidRDefault="00B75EEF" w:rsidP="00B75EEF">
                          <w:pPr>
                            <w:pStyle w:val="Footer"/>
                          </w:pPr>
                          <w:r w:rsidRPr="00B75EEF">
                            <w:rPr>
                              <w:rFonts w:ascii="Arial" w:hAnsi="Arial" w:cs="Arial"/>
                              <w:color w:val="660033"/>
                            </w:rPr>
                            <w:t>ptfacolwich@gmail.com</w:t>
                          </w:r>
                        </w:p>
                        <w:p w14:paraId="5810EC41" w14:textId="4B6E3A6B" w:rsidR="00B75EEF" w:rsidRDefault="00B75EEF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3FEA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6.1pt;margin-top:14.35pt;width:185.9pt;height:110.6pt;z-index:2516556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pCoq2+EAAAALAQAADwAAAAAAAAAAAAAAAABoBAAAZHJzL2Rvd25yZXYueG1sUEsFBgAAAAAEAAQA&#10;8wAAAHYFAAAAAA==&#10;" stroked="f">
              <v:textbox style="mso-fit-shape-to-text:t">
                <w:txbxContent>
                  <w:p w14:paraId="5EC400C6" w14:textId="77777777" w:rsidR="00B75EEF" w:rsidRDefault="00B75EEF" w:rsidP="00B75EEF">
                    <w:pPr>
                      <w:pStyle w:val="Footer"/>
                    </w:pPr>
                    <w:r w:rsidRPr="00B75EEF">
                      <w:rPr>
                        <w:rFonts w:ascii="Arial" w:hAnsi="Arial" w:cs="Arial"/>
                        <w:color w:val="660033"/>
                      </w:rPr>
                      <w:t>ptfacolwich@gmail.com</w:t>
                    </w:r>
                  </w:p>
                  <w:p w14:paraId="5810EC41" w14:textId="4B6E3A6B" w:rsidR="00B75EEF" w:rsidRDefault="00B75EEF"/>
                </w:txbxContent>
              </v:textbox>
              <w10:wrap type="square"/>
            </v:shape>
          </w:pict>
        </mc:Fallback>
      </mc:AlternateContent>
    </w:r>
    <w:r w:rsidR="00B17E1E" w:rsidRPr="00B75EEF">
      <w:rPr>
        <w:rFonts w:ascii="Arial" w:hAnsi="Arial" w:cs="Arial"/>
        <w:bCs/>
        <w:color w:val="660033"/>
      </w:rPr>
      <w:t xml:space="preserve">Colwich </w:t>
    </w:r>
    <w:proofErr w:type="spellStart"/>
    <w:r w:rsidR="00B17E1E" w:rsidRPr="00B75EEF">
      <w:rPr>
        <w:rFonts w:ascii="Arial" w:hAnsi="Arial" w:cs="Arial"/>
        <w:bCs/>
        <w:color w:val="660033"/>
      </w:rPr>
      <w:t>CoE</w:t>
    </w:r>
    <w:proofErr w:type="spellEnd"/>
    <w:r w:rsidR="00B17E1E" w:rsidRPr="00B75EEF">
      <w:rPr>
        <w:rFonts w:ascii="Arial" w:hAnsi="Arial" w:cs="Arial"/>
        <w:bCs/>
        <w:color w:val="660033"/>
      </w:rPr>
      <w:t xml:space="preserve"> Primary School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334D2" w14:textId="77777777" w:rsidR="00697FC3" w:rsidRDefault="00697FC3" w:rsidP="00B17E1E">
      <w:pPr>
        <w:spacing w:after="0" w:line="240" w:lineRule="auto"/>
      </w:pPr>
      <w:r>
        <w:separator/>
      </w:r>
    </w:p>
  </w:footnote>
  <w:footnote w:type="continuationSeparator" w:id="0">
    <w:p w14:paraId="799681BB" w14:textId="77777777" w:rsidR="00697FC3" w:rsidRDefault="00697FC3" w:rsidP="00B17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4AF39" w14:textId="1AF3BF99" w:rsidR="00B17E1E" w:rsidRDefault="00B75EE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0A18F7" wp14:editId="02825870">
              <wp:simplePos x="0" y="0"/>
              <wp:positionH relativeFrom="column">
                <wp:posOffset>-1143000</wp:posOffset>
              </wp:positionH>
              <wp:positionV relativeFrom="paragraph">
                <wp:posOffset>1003300</wp:posOffset>
              </wp:positionV>
              <wp:extent cx="7785100" cy="12700"/>
              <wp:effectExtent l="0" t="0" r="25400" b="25400"/>
              <wp:wrapNone/>
              <wp:docPr id="1486864278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5100" cy="12700"/>
                      </a:xfrm>
                      <a:prstGeom prst="line">
                        <a:avLst/>
                      </a:prstGeom>
                      <a:ln>
                        <a:solidFill>
                          <a:srgbClr val="660033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B360D8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79pt" to="523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" strokecolor="#603"/>
          </w:pict>
        </mc:Fallback>
      </mc:AlternateContent>
    </w:r>
    <w:r w:rsidR="00B17E1E">
      <w:rPr>
        <w:noProof/>
      </w:rPr>
      <w:drawing>
        <wp:anchor distT="0" distB="0" distL="114300" distR="114300" simplePos="0" relativeHeight="251660288" behindDoc="1" locked="0" layoutInCell="1" allowOverlap="1" wp14:anchorId="54FFED01" wp14:editId="32D32F5D">
          <wp:simplePos x="0" y="0"/>
          <wp:positionH relativeFrom="column">
            <wp:posOffset>-850900</wp:posOffset>
          </wp:positionH>
          <wp:positionV relativeFrom="paragraph">
            <wp:posOffset>-457200</wp:posOffset>
          </wp:positionV>
          <wp:extent cx="1828800" cy="1664379"/>
          <wp:effectExtent l="0" t="0" r="0" b="0"/>
          <wp:wrapTight wrapText="bothSides">
            <wp:wrapPolygon edited="0">
              <wp:start x="0" y="0"/>
              <wp:lineTo x="0" y="21262"/>
              <wp:lineTo x="21375" y="21262"/>
              <wp:lineTo x="21375" y="0"/>
              <wp:lineTo x="0" y="0"/>
            </wp:wrapPolygon>
          </wp:wrapTight>
          <wp:docPr id="1789709575" name="Picture 1789709575" descr="A logo for a primary schoo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primary school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16643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E4E58"/>
    <w:multiLevelType w:val="hybridMultilevel"/>
    <w:tmpl w:val="638EC6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B1610E"/>
    <w:multiLevelType w:val="hybridMultilevel"/>
    <w:tmpl w:val="4AA60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70F25"/>
    <w:multiLevelType w:val="hybridMultilevel"/>
    <w:tmpl w:val="AD869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877AF"/>
    <w:multiLevelType w:val="hybridMultilevel"/>
    <w:tmpl w:val="6FB29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B19C9"/>
    <w:multiLevelType w:val="hybridMultilevel"/>
    <w:tmpl w:val="F186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06B47"/>
    <w:multiLevelType w:val="hybridMultilevel"/>
    <w:tmpl w:val="5DCE0890"/>
    <w:lvl w:ilvl="0" w:tplc="233ABC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7716DB"/>
    <w:multiLevelType w:val="hybridMultilevel"/>
    <w:tmpl w:val="F98C3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E63AE"/>
    <w:multiLevelType w:val="hybridMultilevel"/>
    <w:tmpl w:val="07BAD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864B9"/>
    <w:multiLevelType w:val="hybridMultilevel"/>
    <w:tmpl w:val="D5AE2F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9C6B6D"/>
    <w:multiLevelType w:val="hybridMultilevel"/>
    <w:tmpl w:val="FB5ED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06AB9"/>
    <w:multiLevelType w:val="hybridMultilevel"/>
    <w:tmpl w:val="E7183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846A1"/>
    <w:multiLevelType w:val="hybridMultilevel"/>
    <w:tmpl w:val="BC327B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A3603"/>
    <w:multiLevelType w:val="hybridMultilevel"/>
    <w:tmpl w:val="EDA21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04FC1"/>
    <w:multiLevelType w:val="hybridMultilevel"/>
    <w:tmpl w:val="2CCE5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57DD7"/>
    <w:multiLevelType w:val="hybridMultilevel"/>
    <w:tmpl w:val="8EF493E4"/>
    <w:lvl w:ilvl="0" w:tplc="08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4" w15:restartNumberingAfterBreak="0">
    <w:nsid w:val="66C14989"/>
    <w:multiLevelType w:val="hybridMultilevel"/>
    <w:tmpl w:val="8EB07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892F83"/>
    <w:multiLevelType w:val="hybridMultilevel"/>
    <w:tmpl w:val="E87ED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118F9"/>
    <w:multiLevelType w:val="hybridMultilevel"/>
    <w:tmpl w:val="8A0C9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52637">
    <w:abstractNumId w:val="8"/>
  </w:num>
  <w:num w:numId="2" w16cid:durableId="414670390">
    <w:abstractNumId w:val="6"/>
  </w:num>
  <w:num w:numId="3" w16cid:durableId="1435902156">
    <w:abstractNumId w:val="5"/>
  </w:num>
  <w:num w:numId="4" w16cid:durableId="1432121174">
    <w:abstractNumId w:val="4"/>
  </w:num>
  <w:num w:numId="5" w16cid:durableId="855659490">
    <w:abstractNumId w:val="7"/>
  </w:num>
  <w:num w:numId="6" w16cid:durableId="1912500694">
    <w:abstractNumId w:val="3"/>
  </w:num>
  <w:num w:numId="7" w16cid:durableId="496308782">
    <w:abstractNumId w:val="2"/>
  </w:num>
  <w:num w:numId="8" w16cid:durableId="1404259047">
    <w:abstractNumId w:val="1"/>
  </w:num>
  <w:num w:numId="9" w16cid:durableId="1005085631">
    <w:abstractNumId w:val="0"/>
  </w:num>
  <w:num w:numId="10" w16cid:durableId="354842309">
    <w:abstractNumId w:val="9"/>
  </w:num>
  <w:num w:numId="11" w16cid:durableId="1831288318">
    <w:abstractNumId w:val="20"/>
  </w:num>
  <w:num w:numId="12" w16cid:durableId="827207612">
    <w:abstractNumId w:val="21"/>
  </w:num>
  <w:num w:numId="13" w16cid:durableId="1277761556">
    <w:abstractNumId w:val="13"/>
  </w:num>
  <w:num w:numId="14" w16cid:durableId="1569457097">
    <w:abstractNumId w:val="17"/>
  </w:num>
  <w:num w:numId="15" w16cid:durableId="1845438831">
    <w:abstractNumId w:val="19"/>
  </w:num>
  <w:num w:numId="16" w16cid:durableId="536623456">
    <w:abstractNumId w:val="12"/>
  </w:num>
  <w:num w:numId="17" w16cid:durableId="2092264835">
    <w:abstractNumId w:val="18"/>
  </w:num>
  <w:num w:numId="18" w16cid:durableId="484317437">
    <w:abstractNumId w:val="24"/>
  </w:num>
  <w:num w:numId="19" w16cid:durableId="1471939802">
    <w:abstractNumId w:val="16"/>
  </w:num>
  <w:num w:numId="20" w16cid:durableId="1563060444">
    <w:abstractNumId w:val="26"/>
  </w:num>
  <w:num w:numId="21" w16cid:durableId="1005668379">
    <w:abstractNumId w:val="11"/>
  </w:num>
  <w:num w:numId="22" w16cid:durableId="1854806356">
    <w:abstractNumId w:val="22"/>
  </w:num>
  <w:num w:numId="23" w16cid:durableId="1551838038">
    <w:abstractNumId w:val="10"/>
  </w:num>
  <w:num w:numId="24" w16cid:durableId="302346406">
    <w:abstractNumId w:val="14"/>
  </w:num>
  <w:num w:numId="25" w16cid:durableId="822044250">
    <w:abstractNumId w:val="25"/>
  </w:num>
  <w:num w:numId="26" w16cid:durableId="795217842">
    <w:abstractNumId w:val="23"/>
  </w:num>
  <w:num w:numId="27" w16cid:durableId="19940926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4AF"/>
    <w:rsid w:val="00034616"/>
    <w:rsid w:val="0004346E"/>
    <w:rsid w:val="0006063C"/>
    <w:rsid w:val="0007138D"/>
    <w:rsid w:val="00073EE7"/>
    <w:rsid w:val="00084BC7"/>
    <w:rsid w:val="000958BF"/>
    <w:rsid w:val="000A5E1B"/>
    <w:rsid w:val="000E4478"/>
    <w:rsid w:val="000E5545"/>
    <w:rsid w:val="00101A7A"/>
    <w:rsid w:val="00104CBB"/>
    <w:rsid w:val="00110BFB"/>
    <w:rsid w:val="00114D1D"/>
    <w:rsid w:val="001422E1"/>
    <w:rsid w:val="0015074B"/>
    <w:rsid w:val="00154448"/>
    <w:rsid w:val="00167F14"/>
    <w:rsid w:val="0017724D"/>
    <w:rsid w:val="00177DC9"/>
    <w:rsid w:val="00182D7D"/>
    <w:rsid w:val="00196EDC"/>
    <w:rsid w:val="001C2FD3"/>
    <w:rsid w:val="001C6903"/>
    <w:rsid w:val="001C6EA5"/>
    <w:rsid w:val="001D30F8"/>
    <w:rsid w:val="001E65C7"/>
    <w:rsid w:val="001F680B"/>
    <w:rsid w:val="0022658D"/>
    <w:rsid w:val="00226A2A"/>
    <w:rsid w:val="00244870"/>
    <w:rsid w:val="00244E0D"/>
    <w:rsid w:val="002478E3"/>
    <w:rsid w:val="00255B8F"/>
    <w:rsid w:val="00266C1E"/>
    <w:rsid w:val="002716FC"/>
    <w:rsid w:val="00273773"/>
    <w:rsid w:val="00282770"/>
    <w:rsid w:val="0029639D"/>
    <w:rsid w:val="00297BD2"/>
    <w:rsid w:val="002A3739"/>
    <w:rsid w:val="002C6625"/>
    <w:rsid w:val="00320EF7"/>
    <w:rsid w:val="00326F90"/>
    <w:rsid w:val="00340CC8"/>
    <w:rsid w:val="003465EB"/>
    <w:rsid w:val="003469DA"/>
    <w:rsid w:val="00353F55"/>
    <w:rsid w:val="00396FC6"/>
    <w:rsid w:val="003A4D31"/>
    <w:rsid w:val="003B1332"/>
    <w:rsid w:val="003B2F8F"/>
    <w:rsid w:val="003F0CDC"/>
    <w:rsid w:val="003F462E"/>
    <w:rsid w:val="004409B2"/>
    <w:rsid w:val="00475513"/>
    <w:rsid w:val="004964E3"/>
    <w:rsid w:val="004B67DD"/>
    <w:rsid w:val="004E75B8"/>
    <w:rsid w:val="004F64AE"/>
    <w:rsid w:val="00506F0A"/>
    <w:rsid w:val="00591971"/>
    <w:rsid w:val="005A7E20"/>
    <w:rsid w:val="005C20D0"/>
    <w:rsid w:val="005E6AF5"/>
    <w:rsid w:val="00601731"/>
    <w:rsid w:val="0060681D"/>
    <w:rsid w:val="00656733"/>
    <w:rsid w:val="00685C75"/>
    <w:rsid w:val="00686BFB"/>
    <w:rsid w:val="00691411"/>
    <w:rsid w:val="00692CC7"/>
    <w:rsid w:val="00696C18"/>
    <w:rsid w:val="00697227"/>
    <w:rsid w:val="00697FC3"/>
    <w:rsid w:val="006B22A3"/>
    <w:rsid w:val="006B2591"/>
    <w:rsid w:val="006E095E"/>
    <w:rsid w:val="006E40B4"/>
    <w:rsid w:val="007072B4"/>
    <w:rsid w:val="00713EBF"/>
    <w:rsid w:val="007670E7"/>
    <w:rsid w:val="00797ACA"/>
    <w:rsid w:val="007A1137"/>
    <w:rsid w:val="007A743E"/>
    <w:rsid w:val="007C676E"/>
    <w:rsid w:val="00824E89"/>
    <w:rsid w:val="00855231"/>
    <w:rsid w:val="00857B4C"/>
    <w:rsid w:val="00867CF4"/>
    <w:rsid w:val="008701C3"/>
    <w:rsid w:val="008746DA"/>
    <w:rsid w:val="00896914"/>
    <w:rsid w:val="008A3C9F"/>
    <w:rsid w:val="008B440B"/>
    <w:rsid w:val="008B6538"/>
    <w:rsid w:val="008D2B01"/>
    <w:rsid w:val="008F2719"/>
    <w:rsid w:val="008F538E"/>
    <w:rsid w:val="008F6E1F"/>
    <w:rsid w:val="00935A48"/>
    <w:rsid w:val="00941414"/>
    <w:rsid w:val="00943FA4"/>
    <w:rsid w:val="00961A1E"/>
    <w:rsid w:val="00976DDA"/>
    <w:rsid w:val="00982A6F"/>
    <w:rsid w:val="0098429F"/>
    <w:rsid w:val="00984DAC"/>
    <w:rsid w:val="00985A63"/>
    <w:rsid w:val="00994B93"/>
    <w:rsid w:val="009B778D"/>
    <w:rsid w:val="00A136FB"/>
    <w:rsid w:val="00A26504"/>
    <w:rsid w:val="00A47E49"/>
    <w:rsid w:val="00A5268B"/>
    <w:rsid w:val="00A528FE"/>
    <w:rsid w:val="00A64715"/>
    <w:rsid w:val="00A650AA"/>
    <w:rsid w:val="00A71E98"/>
    <w:rsid w:val="00A849F7"/>
    <w:rsid w:val="00AA1D8D"/>
    <w:rsid w:val="00AD3FF9"/>
    <w:rsid w:val="00AE797B"/>
    <w:rsid w:val="00AF711E"/>
    <w:rsid w:val="00B0030E"/>
    <w:rsid w:val="00B1097E"/>
    <w:rsid w:val="00B173AE"/>
    <w:rsid w:val="00B17E1E"/>
    <w:rsid w:val="00B47730"/>
    <w:rsid w:val="00B734C2"/>
    <w:rsid w:val="00B73FFC"/>
    <w:rsid w:val="00B75EEF"/>
    <w:rsid w:val="00BC0E71"/>
    <w:rsid w:val="00BC2114"/>
    <w:rsid w:val="00BC3D9F"/>
    <w:rsid w:val="00BE460C"/>
    <w:rsid w:val="00C14C64"/>
    <w:rsid w:val="00C26D62"/>
    <w:rsid w:val="00C56360"/>
    <w:rsid w:val="00C81B50"/>
    <w:rsid w:val="00C85DDC"/>
    <w:rsid w:val="00CA6707"/>
    <w:rsid w:val="00CB0664"/>
    <w:rsid w:val="00CD7836"/>
    <w:rsid w:val="00CE3A38"/>
    <w:rsid w:val="00D02749"/>
    <w:rsid w:val="00D11BC8"/>
    <w:rsid w:val="00D12D02"/>
    <w:rsid w:val="00D240A6"/>
    <w:rsid w:val="00D43264"/>
    <w:rsid w:val="00D44EE6"/>
    <w:rsid w:val="00D47A68"/>
    <w:rsid w:val="00D56313"/>
    <w:rsid w:val="00D64608"/>
    <w:rsid w:val="00D80E8C"/>
    <w:rsid w:val="00D9451F"/>
    <w:rsid w:val="00DC4362"/>
    <w:rsid w:val="00DD7217"/>
    <w:rsid w:val="00DE704F"/>
    <w:rsid w:val="00DF0631"/>
    <w:rsid w:val="00E9270E"/>
    <w:rsid w:val="00EE51E3"/>
    <w:rsid w:val="00F02D90"/>
    <w:rsid w:val="00F219D1"/>
    <w:rsid w:val="00F27446"/>
    <w:rsid w:val="00F34F7E"/>
    <w:rsid w:val="00F46633"/>
    <w:rsid w:val="00F62A2B"/>
    <w:rsid w:val="00FB694C"/>
    <w:rsid w:val="00FC693F"/>
    <w:rsid w:val="00FD3173"/>
    <w:rsid w:val="00FF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1FE5BA"/>
  <w14:defaultImageDpi w14:val="300"/>
  <w15:docId w15:val="{1AAD1BE9-C0ED-4F43-92AC-77DAA60C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75E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5B743E-CCFD-49D3-A783-527009219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Elizabeth Plimmer</cp:lastModifiedBy>
  <cp:revision>2</cp:revision>
  <cp:lastPrinted>2026-01-07T11:37:00Z</cp:lastPrinted>
  <dcterms:created xsi:type="dcterms:W3CDTF">2026-07-02T12:37:00Z</dcterms:created>
  <dcterms:modified xsi:type="dcterms:W3CDTF">2026-07-02T12:37:00Z</dcterms:modified>
  <cp:category/>
</cp:coreProperties>
</file>