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B628B" w14:textId="7377BD4D" w:rsidR="00BE460C" w:rsidRPr="007A1137" w:rsidRDefault="00BE460C" w:rsidP="00BE460C">
      <w:pPr>
        <w:jc w:val="center"/>
        <w:rPr>
          <w:rFonts w:ascii="Arial" w:hAnsi="Arial" w:cs="Arial"/>
          <w:b/>
          <w:sz w:val="28"/>
          <w:szCs w:val="28"/>
          <w:u w:val="single"/>
        </w:rPr>
      </w:pPr>
      <w:bookmarkStart w:id="0" w:name="_Hlk214383063"/>
      <w:r w:rsidRPr="007A1137">
        <w:rPr>
          <w:rFonts w:ascii="Arial" w:hAnsi="Arial" w:cs="Arial"/>
          <w:b/>
          <w:sz w:val="28"/>
          <w:szCs w:val="28"/>
          <w:u w:val="single"/>
        </w:rPr>
        <w:t>PTFA Meetin</w:t>
      </w:r>
      <w:r w:rsidR="00D11BC8">
        <w:rPr>
          <w:rFonts w:ascii="Arial" w:hAnsi="Arial" w:cs="Arial"/>
          <w:b/>
          <w:sz w:val="28"/>
          <w:szCs w:val="28"/>
          <w:u w:val="single"/>
        </w:rPr>
        <w:t xml:space="preserve">g </w:t>
      </w:r>
      <w:r w:rsidR="00BC2114">
        <w:rPr>
          <w:rFonts w:ascii="Arial" w:hAnsi="Arial" w:cs="Arial"/>
          <w:b/>
          <w:sz w:val="28"/>
          <w:szCs w:val="28"/>
          <w:u w:val="single"/>
        </w:rPr>
        <w:t>Tuesday</w:t>
      </w:r>
      <w:r w:rsidRPr="007A1137">
        <w:rPr>
          <w:rFonts w:ascii="Arial" w:hAnsi="Arial" w:cs="Arial"/>
          <w:b/>
          <w:sz w:val="28"/>
          <w:szCs w:val="28"/>
          <w:u w:val="single"/>
        </w:rPr>
        <w:t xml:space="preserve"> </w:t>
      </w:r>
      <w:r w:rsidR="003434C0">
        <w:rPr>
          <w:rFonts w:ascii="Arial" w:hAnsi="Arial" w:cs="Arial"/>
          <w:b/>
          <w:sz w:val="28"/>
          <w:szCs w:val="28"/>
          <w:u w:val="single"/>
        </w:rPr>
        <w:t>14</w:t>
      </w:r>
      <w:r w:rsidR="008F2719" w:rsidRPr="008F2719">
        <w:rPr>
          <w:rFonts w:ascii="Arial" w:hAnsi="Arial" w:cs="Arial"/>
          <w:b/>
          <w:sz w:val="28"/>
          <w:szCs w:val="28"/>
          <w:u w:val="single"/>
          <w:vertAlign w:val="superscript"/>
        </w:rPr>
        <w:t>th</w:t>
      </w:r>
      <w:r w:rsidR="008F2719">
        <w:rPr>
          <w:rFonts w:ascii="Arial" w:hAnsi="Arial" w:cs="Arial"/>
          <w:b/>
          <w:sz w:val="28"/>
          <w:szCs w:val="28"/>
          <w:u w:val="single"/>
        </w:rPr>
        <w:t xml:space="preserve"> JU</w:t>
      </w:r>
      <w:r w:rsidR="003434C0">
        <w:rPr>
          <w:rFonts w:ascii="Arial" w:hAnsi="Arial" w:cs="Arial"/>
          <w:b/>
          <w:sz w:val="28"/>
          <w:szCs w:val="28"/>
          <w:u w:val="single"/>
        </w:rPr>
        <w:t>LY</w:t>
      </w:r>
      <w:r w:rsidR="00154448">
        <w:rPr>
          <w:rFonts w:ascii="Arial" w:hAnsi="Arial" w:cs="Arial"/>
          <w:b/>
          <w:sz w:val="28"/>
          <w:szCs w:val="28"/>
          <w:u w:val="single"/>
        </w:rPr>
        <w:t xml:space="preserve"> </w:t>
      </w:r>
      <w:r w:rsidR="00196EDC">
        <w:rPr>
          <w:rFonts w:ascii="Arial" w:hAnsi="Arial" w:cs="Arial"/>
          <w:b/>
          <w:sz w:val="28"/>
          <w:szCs w:val="28"/>
          <w:u w:val="single"/>
        </w:rPr>
        <w:t>2026</w:t>
      </w:r>
    </w:p>
    <w:p w14:paraId="60941B6A" w14:textId="2CDFCD45" w:rsidR="00BE460C" w:rsidRDefault="00BE460C" w:rsidP="00BE460C">
      <w:pPr>
        <w:jc w:val="center"/>
        <w:rPr>
          <w:rFonts w:ascii="Arial" w:hAnsi="Arial" w:cs="Arial"/>
          <w:b/>
          <w:sz w:val="28"/>
          <w:szCs w:val="28"/>
          <w:u w:val="single"/>
        </w:rPr>
      </w:pPr>
      <w:r w:rsidRPr="007A1137">
        <w:rPr>
          <w:rFonts w:ascii="Arial" w:hAnsi="Arial" w:cs="Arial"/>
          <w:b/>
          <w:sz w:val="28"/>
          <w:szCs w:val="28"/>
          <w:u w:val="single"/>
        </w:rPr>
        <w:t xml:space="preserve">Lamb and Flag PH, </w:t>
      </w:r>
      <w:r w:rsidR="00D11BC8">
        <w:rPr>
          <w:rFonts w:ascii="Arial" w:hAnsi="Arial" w:cs="Arial"/>
          <w:b/>
          <w:sz w:val="28"/>
          <w:szCs w:val="28"/>
          <w:u w:val="single"/>
        </w:rPr>
        <w:t>7.30</w:t>
      </w:r>
      <w:r w:rsidRPr="007A1137">
        <w:rPr>
          <w:rFonts w:ascii="Arial" w:hAnsi="Arial" w:cs="Arial"/>
          <w:b/>
          <w:sz w:val="28"/>
          <w:szCs w:val="28"/>
          <w:u w:val="single"/>
        </w:rPr>
        <w:t>pm</w:t>
      </w:r>
    </w:p>
    <w:p w14:paraId="20D2A38A" w14:textId="36778164" w:rsidR="00D11BC8" w:rsidRPr="0004346E" w:rsidRDefault="00D11BC8" w:rsidP="00BE460C">
      <w:pPr>
        <w:jc w:val="center"/>
        <w:rPr>
          <w:rFonts w:ascii="Arial" w:hAnsi="Arial" w:cs="Arial"/>
          <w:b/>
          <w:sz w:val="28"/>
          <w:szCs w:val="28"/>
          <w:u w:val="single"/>
        </w:rPr>
      </w:pPr>
      <w:r>
        <w:rPr>
          <w:rFonts w:ascii="Arial" w:hAnsi="Arial" w:cs="Arial"/>
          <w:b/>
          <w:sz w:val="28"/>
          <w:szCs w:val="28"/>
        </w:rPr>
        <w:t xml:space="preserve">          </w:t>
      </w:r>
      <w:r w:rsidR="0026205E">
        <w:rPr>
          <w:rFonts w:ascii="Arial" w:hAnsi="Arial" w:cs="Arial"/>
          <w:b/>
          <w:sz w:val="28"/>
          <w:szCs w:val="28"/>
          <w:u w:val="single"/>
        </w:rPr>
        <w:t>Minutes</w:t>
      </w:r>
    </w:p>
    <w:p w14:paraId="7CD21996" w14:textId="3A305388" w:rsidR="00D56313" w:rsidRPr="00BE460C" w:rsidRDefault="00D56313" w:rsidP="00BE460C">
      <w:pPr>
        <w:rPr>
          <w:rFonts w:ascii="Arial" w:hAnsi="Arial" w:cs="Arial"/>
        </w:rPr>
      </w:pPr>
    </w:p>
    <w:tbl>
      <w:tblPr>
        <w:tblStyle w:val="TableGrid"/>
        <w:tblW w:w="10207" w:type="dxa"/>
        <w:tblInd w:w="-998" w:type="dxa"/>
        <w:tblLook w:val="04A0" w:firstRow="1" w:lastRow="0" w:firstColumn="1" w:lastColumn="0" w:noHBand="0" w:noVBand="1"/>
      </w:tblPr>
      <w:tblGrid>
        <w:gridCol w:w="1270"/>
        <w:gridCol w:w="8937"/>
      </w:tblGrid>
      <w:tr w:rsidR="00797ACA" w:rsidRPr="00DF0631" w14:paraId="7C158B7B" w14:textId="77777777" w:rsidTr="00AE797B">
        <w:trPr>
          <w:trHeight w:val="475"/>
        </w:trPr>
        <w:tc>
          <w:tcPr>
            <w:tcW w:w="1270" w:type="dxa"/>
            <w:shd w:val="clear" w:color="auto" w:fill="E5B8B7" w:themeFill="accent2" w:themeFillTint="66"/>
          </w:tcPr>
          <w:p w14:paraId="7451FF2E" w14:textId="3874ABA8" w:rsidR="00797ACA" w:rsidRPr="00DF0631" w:rsidRDefault="00797ACA" w:rsidP="00D56313">
            <w:pPr>
              <w:jc w:val="center"/>
              <w:rPr>
                <w:rFonts w:ascii="Arial" w:hAnsi="Arial" w:cs="Arial"/>
                <w:b/>
                <w:bCs/>
                <w:sz w:val="24"/>
                <w:szCs w:val="24"/>
              </w:rPr>
            </w:pPr>
            <w:r w:rsidRPr="00DF0631">
              <w:rPr>
                <w:rFonts w:ascii="Arial" w:hAnsi="Arial" w:cs="Arial"/>
                <w:b/>
                <w:bCs/>
                <w:sz w:val="24"/>
                <w:szCs w:val="24"/>
              </w:rPr>
              <w:t>Item</w:t>
            </w:r>
          </w:p>
        </w:tc>
        <w:tc>
          <w:tcPr>
            <w:tcW w:w="8937" w:type="dxa"/>
            <w:shd w:val="clear" w:color="auto" w:fill="E5B8B7" w:themeFill="accent2" w:themeFillTint="66"/>
          </w:tcPr>
          <w:p w14:paraId="2D6A7D8B" w14:textId="2146AACD" w:rsidR="00797ACA" w:rsidRPr="00DF0631" w:rsidRDefault="00797ACA" w:rsidP="00D56313">
            <w:pPr>
              <w:jc w:val="center"/>
              <w:rPr>
                <w:rFonts w:ascii="Arial" w:hAnsi="Arial" w:cs="Arial"/>
                <w:b/>
                <w:bCs/>
                <w:sz w:val="24"/>
                <w:szCs w:val="24"/>
              </w:rPr>
            </w:pPr>
            <w:r w:rsidRPr="00DF0631">
              <w:rPr>
                <w:rFonts w:ascii="Arial" w:hAnsi="Arial" w:cs="Arial"/>
                <w:b/>
                <w:bCs/>
                <w:sz w:val="24"/>
                <w:szCs w:val="24"/>
              </w:rPr>
              <w:t>Minutes</w:t>
            </w:r>
          </w:p>
        </w:tc>
      </w:tr>
      <w:tr w:rsidR="00797ACA" w:rsidRPr="00DF0631" w14:paraId="79CE7678" w14:textId="77777777" w:rsidTr="00AE797B">
        <w:tc>
          <w:tcPr>
            <w:tcW w:w="1270" w:type="dxa"/>
          </w:tcPr>
          <w:p w14:paraId="6194D84E" w14:textId="2ADD4569" w:rsidR="00797ACA" w:rsidRPr="00DF0631" w:rsidRDefault="00797ACA" w:rsidP="001C6903">
            <w:pPr>
              <w:jc w:val="center"/>
              <w:rPr>
                <w:rFonts w:ascii="Arial" w:hAnsi="Arial" w:cs="Arial"/>
                <w:b/>
                <w:bCs/>
                <w:sz w:val="24"/>
                <w:szCs w:val="24"/>
              </w:rPr>
            </w:pPr>
            <w:r w:rsidRPr="00DF0631">
              <w:rPr>
                <w:rFonts w:ascii="Arial" w:hAnsi="Arial" w:cs="Arial"/>
                <w:b/>
                <w:bCs/>
                <w:sz w:val="24"/>
                <w:szCs w:val="24"/>
              </w:rPr>
              <w:t>1</w:t>
            </w:r>
          </w:p>
        </w:tc>
        <w:tc>
          <w:tcPr>
            <w:tcW w:w="8937" w:type="dxa"/>
          </w:tcPr>
          <w:p w14:paraId="45504341" w14:textId="05C70317" w:rsidR="003434C0" w:rsidRDefault="00797ACA" w:rsidP="003434C0">
            <w:pPr>
              <w:rPr>
                <w:rFonts w:ascii="Arial" w:hAnsi="Arial" w:cs="Arial"/>
                <w:b/>
                <w:bCs/>
                <w:sz w:val="24"/>
                <w:szCs w:val="24"/>
              </w:rPr>
            </w:pPr>
            <w:r w:rsidRPr="00DF0631">
              <w:rPr>
                <w:rFonts w:ascii="Arial" w:hAnsi="Arial" w:cs="Arial"/>
                <w:b/>
                <w:bCs/>
                <w:sz w:val="24"/>
                <w:szCs w:val="24"/>
              </w:rPr>
              <w:t>Person</w:t>
            </w:r>
            <w:r w:rsidR="00D560CE">
              <w:rPr>
                <w:rFonts w:ascii="Arial" w:hAnsi="Arial" w:cs="Arial"/>
                <w:b/>
                <w:bCs/>
                <w:sz w:val="24"/>
                <w:szCs w:val="24"/>
              </w:rPr>
              <w:t>s</w:t>
            </w:r>
            <w:r w:rsidRPr="00DF0631">
              <w:rPr>
                <w:rFonts w:ascii="Arial" w:hAnsi="Arial" w:cs="Arial"/>
                <w:b/>
                <w:bCs/>
                <w:sz w:val="24"/>
                <w:szCs w:val="24"/>
              </w:rPr>
              <w:t xml:space="preserve"> in attendance –</w:t>
            </w:r>
            <w:r w:rsidR="0026205E">
              <w:rPr>
                <w:rFonts w:ascii="Arial" w:hAnsi="Arial" w:cs="Arial"/>
                <w:b/>
                <w:bCs/>
                <w:sz w:val="24"/>
                <w:szCs w:val="24"/>
              </w:rPr>
              <w:t xml:space="preserve"> Libby Clark, Louise Patrick, Grace Northwood, Sarah Murray</w:t>
            </w:r>
          </w:p>
          <w:p w14:paraId="06746888" w14:textId="1BD7EA9D" w:rsidR="003434C0" w:rsidRPr="003434C0" w:rsidRDefault="003434C0" w:rsidP="003434C0">
            <w:pPr>
              <w:rPr>
                <w:rFonts w:ascii="Arial" w:hAnsi="Arial" w:cs="Arial"/>
                <w:bCs/>
                <w:sz w:val="24"/>
                <w:szCs w:val="24"/>
              </w:rPr>
            </w:pPr>
          </w:p>
        </w:tc>
      </w:tr>
      <w:tr w:rsidR="00797ACA" w:rsidRPr="00DF0631" w14:paraId="17252B28" w14:textId="77777777" w:rsidTr="00AE797B">
        <w:tc>
          <w:tcPr>
            <w:tcW w:w="1270" w:type="dxa"/>
          </w:tcPr>
          <w:p w14:paraId="3E992DD9" w14:textId="6A008216" w:rsidR="00797ACA" w:rsidRPr="00DF0631" w:rsidRDefault="00797ACA" w:rsidP="001C6903">
            <w:pPr>
              <w:jc w:val="center"/>
              <w:rPr>
                <w:rFonts w:ascii="Arial" w:hAnsi="Arial" w:cs="Arial"/>
                <w:b/>
                <w:bCs/>
                <w:sz w:val="24"/>
                <w:szCs w:val="24"/>
              </w:rPr>
            </w:pPr>
            <w:r w:rsidRPr="00DF0631">
              <w:rPr>
                <w:rFonts w:ascii="Arial" w:hAnsi="Arial" w:cs="Arial"/>
                <w:b/>
                <w:bCs/>
                <w:sz w:val="24"/>
                <w:szCs w:val="24"/>
              </w:rPr>
              <w:t>2.</w:t>
            </w:r>
          </w:p>
        </w:tc>
        <w:tc>
          <w:tcPr>
            <w:tcW w:w="8937" w:type="dxa"/>
          </w:tcPr>
          <w:p w14:paraId="65499298" w14:textId="62EA663F" w:rsidR="00797ACA" w:rsidRPr="00DF0631" w:rsidRDefault="00797ACA" w:rsidP="00D56313">
            <w:pPr>
              <w:rPr>
                <w:rFonts w:ascii="Arial" w:hAnsi="Arial" w:cs="Arial"/>
                <w:b/>
                <w:bCs/>
                <w:sz w:val="24"/>
                <w:szCs w:val="24"/>
              </w:rPr>
            </w:pPr>
            <w:r w:rsidRPr="00DF0631">
              <w:rPr>
                <w:rFonts w:ascii="Arial" w:hAnsi="Arial" w:cs="Arial"/>
                <w:b/>
                <w:bCs/>
                <w:sz w:val="24"/>
                <w:szCs w:val="24"/>
              </w:rPr>
              <w:t>Apologies –</w:t>
            </w:r>
            <w:r w:rsidR="00A849F7" w:rsidRPr="00DF0631">
              <w:rPr>
                <w:rFonts w:ascii="Arial" w:hAnsi="Arial" w:cs="Arial"/>
                <w:b/>
                <w:bCs/>
                <w:sz w:val="24"/>
                <w:szCs w:val="24"/>
              </w:rPr>
              <w:t xml:space="preserve"> </w:t>
            </w:r>
            <w:r w:rsidR="0026205E">
              <w:rPr>
                <w:rFonts w:ascii="Arial" w:hAnsi="Arial" w:cs="Arial"/>
                <w:b/>
                <w:bCs/>
                <w:sz w:val="24"/>
                <w:szCs w:val="24"/>
              </w:rPr>
              <w:t>Alison De Ste Croix</w:t>
            </w:r>
            <w:r w:rsidR="0093357A">
              <w:rPr>
                <w:rFonts w:ascii="Arial" w:hAnsi="Arial" w:cs="Arial"/>
                <w:b/>
                <w:bCs/>
                <w:sz w:val="24"/>
                <w:szCs w:val="24"/>
              </w:rPr>
              <w:t>, Liz Plimmer</w:t>
            </w:r>
          </w:p>
          <w:p w14:paraId="1580B367" w14:textId="77777777" w:rsidR="00797ACA" w:rsidRPr="00DF0631" w:rsidRDefault="00797ACA" w:rsidP="00D11BC8">
            <w:pPr>
              <w:rPr>
                <w:rFonts w:ascii="Arial" w:hAnsi="Arial" w:cs="Arial"/>
                <w:bCs/>
                <w:sz w:val="24"/>
                <w:szCs w:val="24"/>
              </w:rPr>
            </w:pPr>
          </w:p>
        </w:tc>
      </w:tr>
      <w:tr w:rsidR="00797ACA" w:rsidRPr="00DF0631" w14:paraId="43A04920" w14:textId="77777777" w:rsidTr="00AE797B">
        <w:trPr>
          <w:trHeight w:val="725"/>
        </w:trPr>
        <w:tc>
          <w:tcPr>
            <w:tcW w:w="1270" w:type="dxa"/>
          </w:tcPr>
          <w:p w14:paraId="4ECC5F58" w14:textId="762858DD" w:rsidR="00797ACA" w:rsidRPr="00DF0631" w:rsidRDefault="00797ACA" w:rsidP="001C6903">
            <w:pPr>
              <w:jc w:val="center"/>
              <w:rPr>
                <w:rFonts w:ascii="Arial" w:hAnsi="Arial" w:cs="Arial"/>
                <w:b/>
                <w:bCs/>
                <w:sz w:val="24"/>
                <w:szCs w:val="24"/>
              </w:rPr>
            </w:pPr>
            <w:r w:rsidRPr="00DF0631">
              <w:rPr>
                <w:rFonts w:ascii="Arial" w:hAnsi="Arial" w:cs="Arial"/>
                <w:b/>
                <w:bCs/>
                <w:sz w:val="24"/>
                <w:szCs w:val="24"/>
              </w:rPr>
              <w:t>3.</w:t>
            </w:r>
          </w:p>
        </w:tc>
        <w:tc>
          <w:tcPr>
            <w:tcW w:w="8937" w:type="dxa"/>
          </w:tcPr>
          <w:p w14:paraId="19BAE17C" w14:textId="7810C07C" w:rsidR="00797ACA" w:rsidRPr="00DF0631" w:rsidRDefault="00797ACA" w:rsidP="00BE460C">
            <w:pPr>
              <w:rPr>
                <w:rFonts w:ascii="Arial" w:hAnsi="Arial" w:cs="Arial"/>
                <w:b/>
                <w:bCs/>
                <w:sz w:val="24"/>
                <w:szCs w:val="24"/>
              </w:rPr>
            </w:pPr>
            <w:r w:rsidRPr="00DF0631">
              <w:rPr>
                <w:rFonts w:ascii="Arial" w:hAnsi="Arial" w:cs="Arial"/>
                <w:b/>
                <w:bCs/>
                <w:sz w:val="24"/>
                <w:szCs w:val="24"/>
              </w:rPr>
              <w:t xml:space="preserve">Acceptance of previous minutes from </w:t>
            </w:r>
            <w:r w:rsidR="001C6903" w:rsidRPr="00DF0631">
              <w:rPr>
                <w:rFonts w:ascii="Arial" w:hAnsi="Arial" w:cs="Arial"/>
                <w:b/>
                <w:bCs/>
                <w:sz w:val="24"/>
                <w:szCs w:val="24"/>
              </w:rPr>
              <w:t>0</w:t>
            </w:r>
            <w:r w:rsidR="003434C0">
              <w:rPr>
                <w:rFonts w:ascii="Arial" w:hAnsi="Arial" w:cs="Arial"/>
                <w:b/>
                <w:bCs/>
                <w:sz w:val="24"/>
                <w:szCs w:val="24"/>
              </w:rPr>
              <w:t>9.06</w:t>
            </w:r>
            <w:r w:rsidR="001C6903" w:rsidRPr="00DF0631">
              <w:rPr>
                <w:rFonts w:ascii="Arial" w:hAnsi="Arial" w:cs="Arial"/>
                <w:b/>
                <w:bCs/>
                <w:sz w:val="24"/>
                <w:szCs w:val="24"/>
              </w:rPr>
              <w:t>.2026</w:t>
            </w:r>
            <w:r w:rsidRPr="00DF0631">
              <w:rPr>
                <w:rFonts w:ascii="Arial" w:hAnsi="Arial" w:cs="Arial"/>
                <w:b/>
                <w:bCs/>
                <w:sz w:val="24"/>
                <w:szCs w:val="24"/>
              </w:rPr>
              <w:t xml:space="preserve"> –</w:t>
            </w:r>
            <w:r w:rsidR="0026205E">
              <w:rPr>
                <w:rFonts w:ascii="Arial" w:hAnsi="Arial" w:cs="Arial"/>
                <w:b/>
                <w:bCs/>
                <w:sz w:val="24"/>
                <w:szCs w:val="24"/>
              </w:rPr>
              <w:t xml:space="preserve"> Yes by all.</w:t>
            </w:r>
          </w:p>
          <w:p w14:paraId="117298A6" w14:textId="77777777" w:rsidR="00797ACA" w:rsidRPr="00DF0631" w:rsidRDefault="00797ACA" w:rsidP="00D56313">
            <w:pPr>
              <w:rPr>
                <w:rFonts w:ascii="Arial" w:hAnsi="Arial" w:cs="Arial"/>
                <w:bCs/>
                <w:sz w:val="24"/>
                <w:szCs w:val="24"/>
              </w:rPr>
            </w:pPr>
          </w:p>
        </w:tc>
      </w:tr>
      <w:tr w:rsidR="00E9270E" w:rsidRPr="00DF0631" w14:paraId="2EFC4743" w14:textId="77777777" w:rsidTr="00AE797B">
        <w:tc>
          <w:tcPr>
            <w:tcW w:w="1270" w:type="dxa"/>
          </w:tcPr>
          <w:p w14:paraId="1FEFB54F" w14:textId="345D6A51" w:rsidR="00E9270E" w:rsidRPr="00DF0631" w:rsidRDefault="006F54BB" w:rsidP="00E9270E">
            <w:pPr>
              <w:jc w:val="center"/>
              <w:rPr>
                <w:rFonts w:ascii="Arial" w:hAnsi="Arial" w:cs="Arial"/>
                <w:b/>
                <w:bCs/>
                <w:sz w:val="24"/>
                <w:szCs w:val="24"/>
              </w:rPr>
            </w:pPr>
            <w:r>
              <w:rPr>
                <w:rFonts w:ascii="Arial" w:hAnsi="Arial" w:cs="Arial"/>
                <w:b/>
                <w:bCs/>
                <w:sz w:val="24"/>
                <w:szCs w:val="24"/>
              </w:rPr>
              <w:t>4.</w:t>
            </w:r>
          </w:p>
        </w:tc>
        <w:tc>
          <w:tcPr>
            <w:tcW w:w="8937" w:type="dxa"/>
          </w:tcPr>
          <w:p w14:paraId="3A832C60" w14:textId="77777777" w:rsidR="00E9270E" w:rsidRPr="00DF0631" w:rsidRDefault="00E9270E" w:rsidP="00E9270E">
            <w:pPr>
              <w:rPr>
                <w:rFonts w:ascii="Arial" w:hAnsi="Arial" w:cs="Arial"/>
                <w:b/>
                <w:sz w:val="24"/>
                <w:szCs w:val="24"/>
              </w:rPr>
            </w:pPr>
            <w:r w:rsidRPr="00DF0631">
              <w:rPr>
                <w:rFonts w:ascii="Arial" w:hAnsi="Arial" w:cs="Arial"/>
                <w:b/>
                <w:sz w:val="24"/>
                <w:szCs w:val="24"/>
              </w:rPr>
              <w:t>Finance –</w:t>
            </w:r>
          </w:p>
          <w:p w14:paraId="554A2FCC" w14:textId="0E21681D" w:rsidR="00E9270E" w:rsidRPr="00DF0631" w:rsidRDefault="00E9270E" w:rsidP="00E9270E">
            <w:pPr>
              <w:rPr>
                <w:rFonts w:ascii="Arial" w:hAnsi="Arial" w:cs="Arial"/>
                <w:sz w:val="24"/>
                <w:szCs w:val="24"/>
              </w:rPr>
            </w:pPr>
          </w:p>
          <w:p w14:paraId="434653D3" w14:textId="0CBF59DE" w:rsidR="009B778D" w:rsidRPr="00DF0631" w:rsidRDefault="009B778D" w:rsidP="009B778D">
            <w:pPr>
              <w:rPr>
                <w:rFonts w:ascii="Arial" w:hAnsi="Arial" w:cs="Arial"/>
                <w:sz w:val="24"/>
                <w:szCs w:val="24"/>
              </w:rPr>
            </w:pPr>
            <w:r w:rsidRPr="00DF0631">
              <w:rPr>
                <w:rFonts w:ascii="Arial" w:hAnsi="Arial" w:cs="Arial"/>
                <w:sz w:val="24"/>
                <w:szCs w:val="24"/>
              </w:rPr>
              <w:t xml:space="preserve">Income </w:t>
            </w:r>
            <w:r w:rsidR="000E5545" w:rsidRPr="00DF0631">
              <w:rPr>
                <w:rFonts w:ascii="Arial" w:hAnsi="Arial" w:cs="Arial"/>
                <w:sz w:val="24"/>
                <w:szCs w:val="24"/>
              </w:rPr>
              <w:t>is currently a</w:t>
            </w:r>
            <w:r w:rsidR="0026205E">
              <w:rPr>
                <w:rFonts w:ascii="Arial" w:hAnsi="Arial" w:cs="Arial"/>
                <w:sz w:val="24"/>
                <w:szCs w:val="24"/>
              </w:rPr>
              <w:t xml:space="preserve">t £5159.47 not including </w:t>
            </w:r>
            <w:r w:rsidR="00E40FED">
              <w:rPr>
                <w:rFonts w:ascii="Arial" w:hAnsi="Arial" w:cs="Arial"/>
                <w:sz w:val="24"/>
                <w:szCs w:val="24"/>
              </w:rPr>
              <w:t>summer fair</w:t>
            </w:r>
          </w:p>
          <w:p w14:paraId="32A3D5A9" w14:textId="77777777" w:rsidR="009B778D" w:rsidRPr="00DF0631" w:rsidRDefault="009B778D" w:rsidP="00E9270E">
            <w:pPr>
              <w:rPr>
                <w:rFonts w:ascii="Arial" w:hAnsi="Arial" w:cs="Arial"/>
                <w:sz w:val="24"/>
                <w:szCs w:val="24"/>
              </w:rPr>
            </w:pPr>
          </w:p>
          <w:p w14:paraId="245A2031" w14:textId="378130E1" w:rsidR="00E9270E" w:rsidRDefault="00E9270E" w:rsidP="00E9270E">
            <w:pPr>
              <w:rPr>
                <w:rFonts w:ascii="Arial" w:hAnsi="Arial" w:cs="Arial"/>
                <w:sz w:val="24"/>
                <w:szCs w:val="24"/>
              </w:rPr>
            </w:pPr>
            <w:r w:rsidRPr="00DF0631">
              <w:rPr>
                <w:rFonts w:ascii="Arial" w:hAnsi="Arial" w:cs="Arial"/>
                <w:sz w:val="24"/>
                <w:szCs w:val="24"/>
              </w:rPr>
              <w:t>Gift Aid</w:t>
            </w:r>
            <w:r w:rsidR="003434C0">
              <w:rPr>
                <w:rFonts w:ascii="Arial" w:hAnsi="Arial" w:cs="Arial"/>
                <w:sz w:val="24"/>
                <w:szCs w:val="24"/>
              </w:rPr>
              <w:t xml:space="preserve"> for </w:t>
            </w:r>
            <w:proofErr w:type="spellStart"/>
            <w:r w:rsidR="003434C0">
              <w:rPr>
                <w:rFonts w:ascii="Arial" w:hAnsi="Arial" w:cs="Arial"/>
                <w:sz w:val="24"/>
                <w:szCs w:val="24"/>
              </w:rPr>
              <w:t>Colour</w:t>
            </w:r>
            <w:proofErr w:type="spellEnd"/>
            <w:r w:rsidR="003434C0">
              <w:rPr>
                <w:rFonts w:ascii="Arial" w:hAnsi="Arial" w:cs="Arial"/>
                <w:sz w:val="24"/>
                <w:szCs w:val="24"/>
              </w:rPr>
              <w:t xml:space="preserve"> run</w:t>
            </w:r>
            <w:r w:rsidRPr="00DF0631">
              <w:rPr>
                <w:rFonts w:ascii="Arial" w:hAnsi="Arial" w:cs="Arial"/>
                <w:sz w:val="24"/>
                <w:szCs w:val="24"/>
              </w:rPr>
              <w:t xml:space="preserve"> – </w:t>
            </w:r>
            <w:r w:rsidR="003434C0">
              <w:rPr>
                <w:rFonts w:ascii="Arial" w:hAnsi="Arial" w:cs="Arial"/>
                <w:sz w:val="24"/>
                <w:szCs w:val="24"/>
              </w:rPr>
              <w:t>GN</w:t>
            </w:r>
            <w:r w:rsidR="00E40FED">
              <w:rPr>
                <w:rFonts w:ascii="Arial" w:hAnsi="Arial" w:cs="Arial"/>
                <w:sz w:val="24"/>
                <w:szCs w:val="24"/>
              </w:rPr>
              <w:t xml:space="preserve"> – sending further hard copies of finance for PTFA to set up Gift Aid account</w:t>
            </w:r>
            <w:r w:rsidR="008C0C5C">
              <w:rPr>
                <w:rFonts w:ascii="Arial" w:hAnsi="Arial" w:cs="Arial"/>
                <w:sz w:val="24"/>
                <w:szCs w:val="24"/>
              </w:rPr>
              <w:t xml:space="preserve"> so will be ready for next event</w:t>
            </w:r>
          </w:p>
          <w:p w14:paraId="6294EFBC" w14:textId="77777777" w:rsidR="00E9270E" w:rsidRPr="00DF0631" w:rsidRDefault="00E9270E" w:rsidP="00E9270E">
            <w:pPr>
              <w:rPr>
                <w:rFonts w:ascii="Arial" w:hAnsi="Arial" w:cs="Arial"/>
                <w:b/>
                <w:sz w:val="24"/>
                <w:szCs w:val="24"/>
              </w:rPr>
            </w:pPr>
          </w:p>
          <w:p w14:paraId="4A0B4FAC" w14:textId="77777777" w:rsidR="00E9270E" w:rsidRPr="00DF0631" w:rsidRDefault="00E9270E" w:rsidP="00E9270E">
            <w:pPr>
              <w:rPr>
                <w:rFonts w:ascii="Arial" w:hAnsi="Arial" w:cs="Arial"/>
                <w:b/>
                <w:sz w:val="24"/>
                <w:szCs w:val="24"/>
              </w:rPr>
            </w:pPr>
          </w:p>
        </w:tc>
      </w:tr>
      <w:tr w:rsidR="00E9270E" w:rsidRPr="00DF0631" w14:paraId="68B8CF53" w14:textId="77777777" w:rsidTr="00AE797B">
        <w:tc>
          <w:tcPr>
            <w:tcW w:w="1270" w:type="dxa"/>
          </w:tcPr>
          <w:p w14:paraId="69EEEF60" w14:textId="48500658" w:rsidR="00E9270E" w:rsidRPr="00DF0631" w:rsidRDefault="006F54BB" w:rsidP="00E9270E">
            <w:pPr>
              <w:jc w:val="center"/>
              <w:rPr>
                <w:rFonts w:ascii="Arial" w:hAnsi="Arial" w:cs="Arial"/>
                <w:b/>
                <w:bCs/>
                <w:sz w:val="24"/>
                <w:szCs w:val="24"/>
              </w:rPr>
            </w:pPr>
            <w:r>
              <w:rPr>
                <w:rFonts w:ascii="Arial" w:hAnsi="Arial" w:cs="Arial"/>
                <w:b/>
                <w:bCs/>
                <w:sz w:val="24"/>
                <w:szCs w:val="24"/>
              </w:rPr>
              <w:t>5.</w:t>
            </w:r>
          </w:p>
        </w:tc>
        <w:tc>
          <w:tcPr>
            <w:tcW w:w="8937" w:type="dxa"/>
          </w:tcPr>
          <w:p w14:paraId="3382A226" w14:textId="370ACD73" w:rsidR="00E9270E" w:rsidRPr="00DF0631" w:rsidRDefault="00E9270E" w:rsidP="00E9270E">
            <w:pPr>
              <w:rPr>
                <w:rFonts w:ascii="Arial" w:hAnsi="Arial" w:cs="Arial"/>
                <w:b/>
                <w:sz w:val="24"/>
                <w:szCs w:val="24"/>
              </w:rPr>
            </w:pPr>
            <w:proofErr w:type="gramStart"/>
            <w:r w:rsidRPr="00DF0631">
              <w:rPr>
                <w:rFonts w:ascii="Arial" w:hAnsi="Arial" w:cs="Arial"/>
                <w:b/>
                <w:sz w:val="24"/>
                <w:szCs w:val="24"/>
              </w:rPr>
              <w:t>Father</w:t>
            </w:r>
            <w:r w:rsidR="0093357A">
              <w:rPr>
                <w:rFonts w:ascii="Arial" w:hAnsi="Arial" w:cs="Arial"/>
                <w:b/>
                <w:sz w:val="24"/>
                <w:szCs w:val="24"/>
              </w:rPr>
              <w:t>’</w:t>
            </w:r>
            <w:r w:rsidRPr="00DF0631">
              <w:rPr>
                <w:rFonts w:ascii="Arial" w:hAnsi="Arial" w:cs="Arial"/>
                <w:b/>
                <w:sz w:val="24"/>
                <w:szCs w:val="24"/>
              </w:rPr>
              <w:t>s day</w:t>
            </w:r>
            <w:proofErr w:type="gramEnd"/>
            <w:r w:rsidRPr="00DF0631">
              <w:rPr>
                <w:rFonts w:ascii="Arial" w:hAnsi="Arial" w:cs="Arial"/>
                <w:b/>
                <w:sz w:val="24"/>
                <w:szCs w:val="24"/>
              </w:rPr>
              <w:t xml:space="preserve"> </w:t>
            </w:r>
            <w:r w:rsidR="003434C0">
              <w:rPr>
                <w:rFonts w:ascii="Arial" w:hAnsi="Arial" w:cs="Arial"/>
                <w:b/>
                <w:sz w:val="24"/>
                <w:szCs w:val="24"/>
              </w:rPr>
              <w:t xml:space="preserve">Review </w:t>
            </w:r>
            <w:r w:rsidRPr="00DF0631">
              <w:rPr>
                <w:rFonts w:ascii="Arial" w:hAnsi="Arial" w:cs="Arial"/>
                <w:b/>
                <w:sz w:val="24"/>
                <w:szCs w:val="24"/>
              </w:rPr>
              <w:t xml:space="preserve">– </w:t>
            </w:r>
          </w:p>
          <w:p w14:paraId="5D0A20D7" w14:textId="689ABCBB" w:rsidR="009B778D" w:rsidRPr="00DF0631" w:rsidRDefault="009B778D" w:rsidP="00E9270E">
            <w:pPr>
              <w:rPr>
                <w:rFonts w:ascii="Arial" w:hAnsi="Arial" w:cs="Arial"/>
                <w:sz w:val="24"/>
                <w:szCs w:val="24"/>
              </w:rPr>
            </w:pPr>
          </w:p>
          <w:p w14:paraId="50624644" w14:textId="1388DDAB" w:rsidR="002C6625" w:rsidRPr="000D1FBD" w:rsidRDefault="003434C0" w:rsidP="00E9270E">
            <w:pPr>
              <w:rPr>
                <w:rFonts w:ascii="Arial" w:hAnsi="Arial" w:cs="Arial"/>
                <w:sz w:val="24"/>
                <w:szCs w:val="24"/>
              </w:rPr>
            </w:pPr>
            <w:proofErr w:type="spellStart"/>
            <w:r>
              <w:rPr>
                <w:rFonts w:ascii="Arial" w:hAnsi="Arial" w:cs="Arial"/>
                <w:sz w:val="24"/>
                <w:szCs w:val="24"/>
              </w:rPr>
              <w:t>Fathers day</w:t>
            </w:r>
            <w:proofErr w:type="spellEnd"/>
            <w:r>
              <w:rPr>
                <w:rFonts w:ascii="Arial" w:hAnsi="Arial" w:cs="Arial"/>
                <w:sz w:val="24"/>
                <w:szCs w:val="24"/>
              </w:rPr>
              <w:t xml:space="preserve"> gifts - </w:t>
            </w:r>
            <w:r w:rsidR="00E40FED">
              <w:rPr>
                <w:rFonts w:ascii="Arial" w:hAnsi="Arial" w:cs="Arial"/>
                <w:sz w:val="24"/>
                <w:szCs w:val="24"/>
              </w:rPr>
              <w:t>Went down really well, a few more generic presents to cover grandparents</w:t>
            </w:r>
            <w:r w:rsidR="00975E8D">
              <w:rPr>
                <w:rFonts w:ascii="Arial" w:hAnsi="Arial" w:cs="Arial"/>
                <w:sz w:val="24"/>
                <w:szCs w:val="24"/>
              </w:rPr>
              <w:t>/ carers</w:t>
            </w:r>
            <w:r w:rsidR="00E40FED">
              <w:rPr>
                <w:rFonts w:ascii="Arial" w:hAnsi="Arial" w:cs="Arial"/>
                <w:sz w:val="24"/>
                <w:szCs w:val="24"/>
              </w:rPr>
              <w:t>.</w:t>
            </w:r>
          </w:p>
          <w:p w14:paraId="42F5BC9E" w14:textId="77777777" w:rsidR="002C6625" w:rsidRPr="00DF0631" w:rsidRDefault="002C6625" w:rsidP="00E9270E">
            <w:pPr>
              <w:rPr>
                <w:rFonts w:ascii="Arial" w:hAnsi="Arial" w:cs="Arial"/>
                <w:i/>
                <w:sz w:val="24"/>
                <w:szCs w:val="24"/>
              </w:rPr>
            </w:pPr>
          </w:p>
          <w:p w14:paraId="5DF9DCD0" w14:textId="39657E73" w:rsidR="00E9270E" w:rsidRDefault="00E9270E" w:rsidP="000E5545">
            <w:pPr>
              <w:rPr>
                <w:rFonts w:ascii="Arial" w:hAnsi="Arial" w:cs="Arial"/>
                <w:sz w:val="24"/>
                <w:szCs w:val="24"/>
              </w:rPr>
            </w:pPr>
            <w:r w:rsidRPr="00DF0631">
              <w:rPr>
                <w:rFonts w:ascii="Arial" w:hAnsi="Arial" w:cs="Arial"/>
                <w:sz w:val="24"/>
                <w:szCs w:val="24"/>
              </w:rPr>
              <w:t xml:space="preserve">19.06.2026 – </w:t>
            </w:r>
            <w:proofErr w:type="gramStart"/>
            <w:r w:rsidR="00E40FED">
              <w:rPr>
                <w:rFonts w:ascii="Arial" w:hAnsi="Arial" w:cs="Arial"/>
                <w:sz w:val="24"/>
                <w:szCs w:val="24"/>
              </w:rPr>
              <w:t>F</w:t>
            </w:r>
            <w:r w:rsidRPr="00DF0631">
              <w:rPr>
                <w:rFonts w:ascii="Arial" w:hAnsi="Arial" w:cs="Arial"/>
                <w:sz w:val="24"/>
                <w:szCs w:val="24"/>
              </w:rPr>
              <w:t>ath</w:t>
            </w:r>
            <w:r w:rsidR="00E40FED">
              <w:rPr>
                <w:rFonts w:ascii="Arial" w:hAnsi="Arial" w:cs="Arial"/>
                <w:sz w:val="24"/>
                <w:szCs w:val="24"/>
              </w:rPr>
              <w:t>er</w:t>
            </w:r>
            <w:r w:rsidR="0093357A">
              <w:rPr>
                <w:rFonts w:ascii="Arial" w:hAnsi="Arial" w:cs="Arial"/>
                <w:sz w:val="24"/>
                <w:szCs w:val="24"/>
              </w:rPr>
              <w:t>’</w:t>
            </w:r>
            <w:r w:rsidR="00E40FED">
              <w:rPr>
                <w:rFonts w:ascii="Arial" w:hAnsi="Arial" w:cs="Arial"/>
                <w:sz w:val="24"/>
                <w:szCs w:val="24"/>
              </w:rPr>
              <w:t>s day</w:t>
            </w:r>
            <w:proofErr w:type="gramEnd"/>
            <w:r w:rsidR="00E40FED">
              <w:rPr>
                <w:rFonts w:ascii="Arial" w:hAnsi="Arial" w:cs="Arial"/>
                <w:sz w:val="24"/>
                <w:szCs w:val="24"/>
              </w:rPr>
              <w:t xml:space="preserve"> donut tray. Only need 10 trays of donuts next year.</w:t>
            </w:r>
          </w:p>
          <w:p w14:paraId="6E986B83" w14:textId="68618117" w:rsidR="00E40FED" w:rsidRDefault="00E40FED" w:rsidP="000E5545">
            <w:pPr>
              <w:rPr>
                <w:rFonts w:ascii="Arial" w:hAnsi="Arial" w:cs="Arial"/>
                <w:sz w:val="24"/>
                <w:szCs w:val="24"/>
              </w:rPr>
            </w:pPr>
          </w:p>
          <w:p w14:paraId="0E6235DB" w14:textId="4777E786" w:rsidR="00E40FED" w:rsidRPr="00E40FED" w:rsidRDefault="00E40FED" w:rsidP="00975E8D">
            <w:pPr>
              <w:rPr>
                <w:rFonts w:ascii="Arial" w:hAnsi="Arial" w:cs="Arial"/>
                <w:sz w:val="24"/>
                <w:szCs w:val="24"/>
              </w:rPr>
            </w:pPr>
          </w:p>
        </w:tc>
      </w:tr>
      <w:tr w:rsidR="003434C0" w:rsidRPr="00DF0631" w14:paraId="7F33164B" w14:textId="77777777" w:rsidTr="00AE797B">
        <w:tc>
          <w:tcPr>
            <w:tcW w:w="1270" w:type="dxa"/>
          </w:tcPr>
          <w:p w14:paraId="3080DA50" w14:textId="50A06894" w:rsidR="003434C0" w:rsidRPr="00DF0631" w:rsidRDefault="006F54BB" w:rsidP="003434C0">
            <w:pPr>
              <w:jc w:val="center"/>
              <w:rPr>
                <w:rFonts w:ascii="Arial" w:hAnsi="Arial" w:cs="Arial"/>
                <w:b/>
                <w:bCs/>
                <w:sz w:val="24"/>
                <w:szCs w:val="24"/>
              </w:rPr>
            </w:pPr>
            <w:r>
              <w:rPr>
                <w:rFonts w:ascii="Arial" w:hAnsi="Arial" w:cs="Arial"/>
                <w:b/>
                <w:bCs/>
                <w:sz w:val="24"/>
                <w:szCs w:val="24"/>
              </w:rPr>
              <w:t>6.</w:t>
            </w:r>
          </w:p>
        </w:tc>
        <w:tc>
          <w:tcPr>
            <w:tcW w:w="8937" w:type="dxa"/>
          </w:tcPr>
          <w:p w14:paraId="61B0C1A1" w14:textId="65C39069" w:rsidR="003434C0" w:rsidRPr="000D1FBD" w:rsidRDefault="000D1FBD" w:rsidP="003434C0">
            <w:pPr>
              <w:rPr>
                <w:rFonts w:ascii="Arial" w:hAnsi="Arial" w:cs="Arial"/>
                <w:sz w:val="24"/>
                <w:szCs w:val="24"/>
              </w:rPr>
            </w:pPr>
            <w:r>
              <w:rPr>
                <w:rFonts w:ascii="Arial" w:hAnsi="Arial" w:cs="Arial"/>
                <w:b/>
                <w:sz w:val="24"/>
                <w:szCs w:val="24"/>
              </w:rPr>
              <w:t xml:space="preserve">Be prepared! </w:t>
            </w:r>
            <w:r w:rsidRPr="000D1FBD">
              <w:rPr>
                <w:rFonts w:ascii="Arial" w:hAnsi="Arial" w:cs="Arial"/>
                <w:sz w:val="24"/>
                <w:szCs w:val="24"/>
              </w:rPr>
              <w:t xml:space="preserve">Running notes of each event to make more efficient. </w:t>
            </w:r>
            <w:r w:rsidR="00975E8D">
              <w:rPr>
                <w:rFonts w:ascii="Arial" w:hAnsi="Arial" w:cs="Arial"/>
                <w:sz w:val="24"/>
                <w:szCs w:val="24"/>
              </w:rPr>
              <w:t>SM and LC to come up with a plan around this to make us more efficient</w:t>
            </w:r>
          </w:p>
          <w:p w14:paraId="5A4409A6" w14:textId="3C3F4116" w:rsidR="0018735B" w:rsidRPr="00DF0631" w:rsidRDefault="0018735B" w:rsidP="003434C0">
            <w:pPr>
              <w:rPr>
                <w:rFonts w:ascii="Arial" w:hAnsi="Arial" w:cs="Arial"/>
                <w:b/>
                <w:sz w:val="24"/>
                <w:szCs w:val="24"/>
              </w:rPr>
            </w:pPr>
          </w:p>
        </w:tc>
      </w:tr>
      <w:tr w:rsidR="003434C0" w:rsidRPr="00DF0631" w14:paraId="77FF9156" w14:textId="77777777" w:rsidTr="00AE797B">
        <w:tc>
          <w:tcPr>
            <w:tcW w:w="1270" w:type="dxa"/>
          </w:tcPr>
          <w:p w14:paraId="31DDEA46" w14:textId="71D59C4D" w:rsidR="003434C0" w:rsidRPr="00DF0631" w:rsidRDefault="003434C0" w:rsidP="003434C0">
            <w:pPr>
              <w:jc w:val="center"/>
              <w:rPr>
                <w:rFonts w:ascii="Arial" w:hAnsi="Arial" w:cs="Arial"/>
                <w:b/>
                <w:bCs/>
                <w:sz w:val="24"/>
                <w:szCs w:val="24"/>
              </w:rPr>
            </w:pPr>
            <w:r w:rsidRPr="00DF0631">
              <w:rPr>
                <w:rFonts w:ascii="Arial" w:hAnsi="Arial" w:cs="Arial"/>
                <w:b/>
                <w:bCs/>
                <w:sz w:val="24"/>
                <w:szCs w:val="24"/>
              </w:rPr>
              <w:t>7.</w:t>
            </w:r>
          </w:p>
        </w:tc>
        <w:tc>
          <w:tcPr>
            <w:tcW w:w="8937" w:type="dxa"/>
          </w:tcPr>
          <w:p w14:paraId="7A1ED55A" w14:textId="77EF6D66" w:rsidR="003434C0" w:rsidRPr="00DF0631" w:rsidRDefault="003434C0" w:rsidP="003434C0">
            <w:pPr>
              <w:rPr>
                <w:rFonts w:ascii="Arial" w:hAnsi="Arial" w:cs="Arial"/>
                <w:b/>
                <w:sz w:val="24"/>
                <w:szCs w:val="24"/>
              </w:rPr>
            </w:pPr>
            <w:r w:rsidRPr="00DF0631">
              <w:rPr>
                <w:rFonts w:ascii="Arial" w:hAnsi="Arial" w:cs="Arial"/>
                <w:b/>
                <w:sz w:val="24"/>
                <w:szCs w:val="24"/>
              </w:rPr>
              <w:t>Forest school project –</w:t>
            </w:r>
          </w:p>
          <w:p w14:paraId="0BEBE731" w14:textId="02946950" w:rsidR="003434C0" w:rsidRPr="00DF0631" w:rsidRDefault="003434C0" w:rsidP="003434C0">
            <w:pPr>
              <w:rPr>
                <w:rFonts w:ascii="Arial" w:hAnsi="Arial" w:cs="Arial"/>
                <w:b/>
                <w:sz w:val="24"/>
                <w:szCs w:val="24"/>
              </w:rPr>
            </w:pPr>
          </w:p>
          <w:p w14:paraId="1298C5F5" w14:textId="292E2779" w:rsidR="003434C0" w:rsidRPr="00DF0631" w:rsidRDefault="0018735B" w:rsidP="003434C0">
            <w:pPr>
              <w:rPr>
                <w:rFonts w:ascii="Arial" w:hAnsi="Arial" w:cs="Arial"/>
                <w:sz w:val="24"/>
                <w:szCs w:val="24"/>
              </w:rPr>
            </w:pPr>
            <w:r>
              <w:rPr>
                <w:rFonts w:ascii="Arial" w:hAnsi="Arial" w:cs="Arial"/>
                <w:sz w:val="24"/>
                <w:szCs w:val="24"/>
              </w:rPr>
              <w:t>Quote with Rooted</w:t>
            </w:r>
            <w:r w:rsidR="00E65038">
              <w:rPr>
                <w:rFonts w:ascii="Arial" w:hAnsi="Arial" w:cs="Arial"/>
                <w:sz w:val="24"/>
                <w:szCs w:val="24"/>
              </w:rPr>
              <w:t xml:space="preserve">, </w:t>
            </w:r>
            <w:r w:rsidR="00975E8D">
              <w:rPr>
                <w:rFonts w:ascii="Arial" w:hAnsi="Arial" w:cs="Arial"/>
                <w:sz w:val="24"/>
                <w:szCs w:val="24"/>
              </w:rPr>
              <w:t>whilst at meeting revised quote came back, need to review and look at funding options but moving in right direction.</w:t>
            </w:r>
          </w:p>
          <w:p w14:paraId="68DBD057" w14:textId="53D47FE2" w:rsidR="003434C0" w:rsidRPr="00DF0631" w:rsidRDefault="003434C0" w:rsidP="003434C0">
            <w:pPr>
              <w:rPr>
                <w:rFonts w:ascii="Arial" w:hAnsi="Arial" w:cs="Arial"/>
                <w:sz w:val="24"/>
                <w:szCs w:val="24"/>
              </w:rPr>
            </w:pPr>
          </w:p>
          <w:p w14:paraId="54388229" w14:textId="22818B23" w:rsidR="003434C0" w:rsidRDefault="000D1FBD" w:rsidP="003434C0">
            <w:pPr>
              <w:rPr>
                <w:rFonts w:ascii="Arial" w:hAnsi="Arial" w:cs="Arial"/>
                <w:sz w:val="24"/>
                <w:szCs w:val="24"/>
              </w:rPr>
            </w:pPr>
            <w:r>
              <w:rPr>
                <w:rFonts w:ascii="Arial" w:hAnsi="Arial" w:cs="Arial"/>
                <w:sz w:val="24"/>
                <w:szCs w:val="24"/>
              </w:rPr>
              <w:t>Planting has commenced and school children involved with watering</w:t>
            </w:r>
            <w:r w:rsidR="003434C0" w:rsidRPr="00DF0631">
              <w:rPr>
                <w:rFonts w:ascii="Arial" w:hAnsi="Arial" w:cs="Arial"/>
                <w:sz w:val="24"/>
                <w:szCs w:val="24"/>
              </w:rPr>
              <w:t>.</w:t>
            </w:r>
          </w:p>
          <w:p w14:paraId="5EC37FBA" w14:textId="0D07DD63" w:rsidR="000D1FBD" w:rsidRDefault="000D1FBD" w:rsidP="003434C0">
            <w:pPr>
              <w:rPr>
                <w:rFonts w:ascii="Arial" w:hAnsi="Arial" w:cs="Arial"/>
                <w:sz w:val="24"/>
                <w:szCs w:val="24"/>
              </w:rPr>
            </w:pPr>
          </w:p>
          <w:p w14:paraId="01C4D824" w14:textId="162EA75C" w:rsidR="000D1FBD" w:rsidRDefault="006F54BB" w:rsidP="003434C0">
            <w:pPr>
              <w:rPr>
                <w:rFonts w:ascii="Arial" w:hAnsi="Arial" w:cs="Arial"/>
                <w:sz w:val="24"/>
                <w:szCs w:val="24"/>
              </w:rPr>
            </w:pPr>
            <w:r>
              <w:rPr>
                <w:rFonts w:ascii="Arial" w:hAnsi="Arial" w:cs="Arial"/>
                <w:sz w:val="24"/>
                <w:szCs w:val="24"/>
              </w:rPr>
              <w:t>Generous</w:t>
            </w:r>
            <w:r w:rsidR="000D1FBD">
              <w:rPr>
                <w:rFonts w:ascii="Arial" w:hAnsi="Arial" w:cs="Arial"/>
                <w:sz w:val="24"/>
                <w:szCs w:val="24"/>
              </w:rPr>
              <w:t xml:space="preserve"> donations from Wolseley </w:t>
            </w:r>
            <w:r w:rsidR="00975E8D">
              <w:rPr>
                <w:rFonts w:ascii="Arial" w:hAnsi="Arial" w:cs="Arial"/>
                <w:sz w:val="24"/>
                <w:szCs w:val="24"/>
              </w:rPr>
              <w:t xml:space="preserve">Garden Centre </w:t>
            </w:r>
            <w:r w:rsidR="000D1FBD">
              <w:rPr>
                <w:rFonts w:ascii="Arial" w:hAnsi="Arial" w:cs="Arial"/>
                <w:sz w:val="24"/>
                <w:szCs w:val="24"/>
              </w:rPr>
              <w:t xml:space="preserve">and </w:t>
            </w:r>
            <w:r w:rsidR="00975E8D">
              <w:rPr>
                <w:rFonts w:ascii="Arial" w:hAnsi="Arial" w:cs="Arial"/>
                <w:sz w:val="24"/>
                <w:szCs w:val="24"/>
              </w:rPr>
              <w:t>m</w:t>
            </w:r>
            <w:r w:rsidR="000D1FBD">
              <w:rPr>
                <w:rFonts w:ascii="Arial" w:hAnsi="Arial" w:cs="Arial"/>
                <w:sz w:val="24"/>
                <w:szCs w:val="24"/>
              </w:rPr>
              <w:t>ore recently Canalside</w:t>
            </w:r>
            <w:r w:rsidR="00975E8D">
              <w:rPr>
                <w:rFonts w:ascii="Arial" w:hAnsi="Arial" w:cs="Arial"/>
                <w:sz w:val="24"/>
                <w:szCs w:val="24"/>
              </w:rPr>
              <w:t xml:space="preserve"> who have been very generous, thank you!</w:t>
            </w:r>
          </w:p>
          <w:p w14:paraId="3344692A" w14:textId="77777777" w:rsidR="000D1FBD" w:rsidRPr="00DF0631" w:rsidRDefault="000D1FBD" w:rsidP="003434C0">
            <w:pPr>
              <w:rPr>
                <w:rFonts w:ascii="Arial" w:hAnsi="Arial" w:cs="Arial"/>
                <w:sz w:val="24"/>
                <w:szCs w:val="24"/>
              </w:rPr>
            </w:pPr>
          </w:p>
          <w:p w14:paraId="186EDDBB" w14:textId="2B3D748A" w:rsidR="003434C0" w:rsidRPr="00DF0631" w:rsidRDefault="003434C0" w:rsidP="003434C0">
            <w:pPr>
              <w:rPr>
                <w:rFonts w:ascii="Arial" w:hAnsi="Arial" w:cs="Arial"/>
                <w:sz w:val="24"/>
                <w:szCs w:val="24"/>
              </w:rPr>
            </w:pPr>
            <w:r w:rsidRPr="00DF0631">
              <w:rPr>
                <w:rFonts w:ascii="Arial" w:hAnsi="Arial" w:cs="Arial"/>
                <w:sz w:val="24"/>
                <w:szCs w:val="24"/>
              </w:rPr>
              <w:lastRenderedPageBreak/>
              <w:t xml:space="preserve">GN </w:t>
            </w:r>
            <w:r w:rsidR="0093357A">
              <w:rPr>
                <w:rFonts w:ascii="Arial" w:hAnsi="Arial" w:cs="Arial"/>
                <w:sz w:val="24"/>
                <w:szCs w:val="24"/>
              </w:rPr>
              <w:t>a</w:t>
            </w:r>
            <w:r w:rsidRPr="00DF0631">
              <w:rPr>
                <w:rFonts w:ascii="Arial" w:hAnsi="Arial" w:cs="Arial"/>
                <w:sz w:val="24"/>
                <w:szCs w:val="24"/>
              </w:rPr>
              <w:t xml:space="preserve">lso contacted 2 x other companies for quotes, </w:t>
            </w:r>
            <w:proofErr w:type="gramStart"/>
            <w:r w:rsidRPr="00DF0631">
              <w:rPr>
                <w:rFonts w:ascii="Arial" w:hAnsi="Arial" w:cs="Arial"/>
                <w:sz w:val="24"/>
                <w:szCs w:val="24"/>
              </w:rPr>
              <w:t>awaiting</w:t>
            </w:r>
            <w:proofErr w:type="gramEnd"/>
            <w:r w:rsidRPr="00DF0631">
              <w:rPr>
                <w:rFonts w:ascii="Arial" w:hAnsi="Arial" w:cs="Arial"/>
                <w:sz w:val="24"/>
                <w:szCs w:val="24"/>
              </w:rPr>
              <w:t xml:space="preserve"> for the quotes to come back</w:t>
            </w:r>
            <w:r w:rsidR="00975E8D">
              <w:rPr>
                <w:rFonts w:ascii="Arial" w:hAnsi="Arial" w:cs="Arial"/>
                <w:sz w:val="24"/>
                <w:szCs w:val="24"/>
              </w:rPr>
              <w:t>, chased and not come back yet.</w:t>
            </w:r>
          </w:p>
          <w:p w14:paraId="75BB9184" w14:textId="37CA5EFA" w:rsidR="003434C0" w:rsidRPr="00DF0631" w:rsidRDefault="003434C0" w:rsidP="003434C0">
            <w:pPr>
              <w:rPr>
                <w:rFonts w:ascii="Arial" w:hAnsi="Arial" w:cs="Arial"/>
                <w:sz w:val="24"/>
                <w:szCs w:val="24"/>
              </w:rPr>
            </w:pPr>
          </w:p>
          <w:p w14:paraId="69AA778E" w14:textId="5F999034" w:rsidR="003434C0" w:rsidRPr="00DF0631" w:rsidRDefault="003434C0" w:rsidP="003434C0">
            <w:pPr>
              <w:rPr>
                <w:rFonts w:ascii="Arial" w:hAnsi="Arial" w:cs="Arial"/>
                <w:sz w:val="24"/>
                <w:szCs w:val="24"/>
              </w:rPr>
            </w:pPr>
            <w:r w:rsidRPr="00DF0631">
              <w:rPr>
                <w:rFonts w:ascii="Arial" w:hAnsi="Arial" w:cs="Arial"/>
                <w:sz w:val="24"/>
                <w:szCs w:val="24"/>
              </w:rPr>
              <w:t>Still to note, the school needs to have 3 quotes to compare against each other, the businesses also need to be credible and show they are capable of doing the work.</w:t>
            </w:r>
          </w:p>
          <w:p w14:paraId="3A5C13B9" w14:textId="77777777" w:rsidR="003434C0" w:rsidRPr="00DF0631" w:rsidRDefault="003434C0" w:rsidP="003434C0">
            <w:pPr>
              <w:rPr>
                <w:rFonts w:ascii="Arial" w:hAnsi="Arial" w:cs="Arial"/>
                <w:sz w:val="24"/>
                <w:szCs w:val="24"/>
              </w:rPr>
            </w:pPr>
          </w:p>
          <w:p w14:paraId="4AB75E7C" w14:textId="77777777" w:rsidR="003434C0" w:rsidRPr="00DF0631" w:rsidRDefault="003434C0" w:rsidP="003434C0">
            <w:pPr>
              <w:rPr>
                <w:rFonts w:ascii="Arial" w:hAnsi="Arial" w:cs="Arial"/>
                <w:sz w:val="24"/>
                <w:szCs w:val="24"/>
              </w:rPr>
            </w:pPr>
            <w:r w:rsidRPr="00DF0631">
              <w:rPr>
                <w:rFonts w:ascii="Arial" w:hAnsi="Arial" w:cs="Arial"/>
                <w:sz w:val="24"/>
                <w:szCs w:val="24"/>
              </w:rPr>
              <w:t>Charity foundation – Little Laura local charity generously came and discussed support. Awaiting confirmed quote before liaising with them.</w:t>
            </w:r>
          </w:p>
          <w:p w14:paraId="77B08A2B" w14:textId="77777777" w:rsidR="003434C0" w:rsidRPr="00DF0631" w:rsidRDefault="003434C0" w:rsidP="003434C0">
            <w:pPr>
              <w:rPr>
                <w:rFonts w:ascii="Arial" w:hAnsi="Arial" w:cs="Arial"/>
                <w:sz w:val="24"/>
                <w:szCs w:val="24"/>
              </w:rPr>
            </w:pPr>
          </w:p>
          <w:p w14:paraId="246C8EE9" w14:textId="6FACABF8" w:rsidR="003434C0" w:rsidRPr="00DF0631" w:rsidRDefault="003434C0" w:rsidP="003434C0">
            <w:pPr>
              <w:rPr>
                <w:rFonts w:ascii="Arial" w:hAnsi="Arial" w:cs="Arial"/>
                <w:bCs/>
                <w:sz w:val="24"/>
                <w:szCs w:val="24"/>
              </w:rPr>
            </w:pPr>
            <w:r w:rsidRPr="00DF0631">
              <w:rPr>
                <w:rFonts w:ascii="Arial" w:hAnsi="Arial" w:cs="Arial"/>
                <w:bCs/>
                <w:sz w:val="24"/>
                <w:szCs w:val="24"/>
              </w:rPr>
              <w:t xml:space="preserve">Fruit shop in </w:t>
            </w:r>
            <w:proofErr w:type="spellStart"/>
            <w:r w:rsidRPr="00DF0631">
              <w:rPr>
                <w:rFonts w:ascii="Arial" w:hAnsi="Arial" w:cs="Arial"/>
                <w:bCs/>
                <w:sz w:val="24"/>
                <w:szCs w:val="24"/>
              </w:rPr>
              <w:t>Rugeley</w:t>
            </w:r>
            <w:proofErr w:type="spellEnd"/>
            <w:r w:rsidRPr="00DF0631">
              <w:rPr>
                <w:rFonts w:ascii="Arial" w:hAnsi="Arial" w:cs="Arial"/>
                <w:bCs/>
                <w:sz w:val="24"/>
                <w:szCs w:val="24"/>
              </w:rPr>
              <w:t xml:space="preserve"> – contact ref bulbs – LC</w:t>
            </w:r>
            <w:r w:rsidR="000D1FBD">
              <w:rPr>
                <w:rFonts w:ascii="Arial" w:hAnsi="Arial" w:cs="Arial"/>
                <w:bCs/>
                <w:sz w:val="24"/>
                <w:szCs w:val="24"/>
              </w:rPr>
              <w:t>.</w:t>
            </w:r>
          </w:p>
          <w:p w14:paraId="794320C5" w14:textId="1F4D0B65" w:rsidR="003434C0" w:rsidRPr="00DF0631" w:rsidRDefault="003434C0" w:rsidP="003434C0">
            <w:pPr>
              <w:rPr>
                <w:rFonts w:ascii="Arial" w:hAnsi="Arial" w:cs="Arial"/>
                <w:bCs/>
                <w:sz w:val="24"/>
                <w:szCs w:val="24"/>
              </w:rPr>
            </w:pPr>
          </w:p>
          <w:p w14:paraId="69BAF5D5" w14:textId="0D3E82D6" w:rsidR="003434C0" w:rsidRDefault="003434C0" w:rsidP="003434C0">
            <w:pPr>
              <w:rPr>
                <w:rFonts w:ascii="Arial" w:hAnsi="Arial" w:cs="Arial"/>
                <w:bCs/>
                <w:sz w:val="24"/>
                <w:szCs w:val="24"/>
              </w:rPr>
            </w:pPr>
            <w:r w:rsidRPr="00DF0631">
              <w:rPr>
                <w:rFonts w:ascii="Arial" w:hAnsi="Arial" w:cs="Arial"/>
                <w:bCs/>
                <w:sz w:val="24"/>
                <w:szCs w:val="24"/>
              </w:rPr>
              <w:t xml:space="preserve">Contact </w:t>
            </w:r>
            <w:proofErr w:type="spellStart"/>
            <w:r w:rsidRPr="00DF0631">
              <w:rPr>
                <w:rFonts w:ascii="Arial" w:hAnsi="Arial" w:cs="Arial"/>
                <w:bCs/>
                <w:sz w:val="24"/>
                <w:szCs w:val="24"/>
              </w:rPr>
              <w:t>Roseacre</w:t>
            </w:r>
            <w:proofErr w:type="spellEnd"/>
            <w:r w:rsidRPr="00DF0631">
              <w:rPr>
                <w:rFonts w:ascii="Arial" w:hAnsi="Arial" w:cs="Arial"/>
                <w:bCs/>
                <w:sz w:val="24"/>
                <w:szCs w:val="24"/>
              </w:rPr>
              <w:t xml:space="preserve"> Nursery in Great Haywood around potential donations and also give a shout out on social media. Approach allotment </w:t>
            </w:r>
            <w:r w:rsidR="0093357A">
              <w:rPr>
                <w:rFonts w:ascii="Arial" w:hAnsi="Arial" w:cs="Arial"/>
                <w:bCs/>
                <w:sz w:val="24"/>
                <w:szCs w:val="24"/>
              </w:rPr>
              <w:t xml:space="preserve">too – LC </w:t>
            </w:r>
          </w:p>
          <w:p w14:paraId="1FE498D5" w14:textId="1FC7F5A7" w:rsidR="00E65038" w:rsidRDefault="00E65038" w:rsidP="003434C0">
            <w:pPr>
              <w:rPr>
                <w:rFonts w:ascii="Arial" w:hAnsi="Arial" w:cs="Arial"/>
                <w:bCs/>
                <w:sz w:val="24"/>
                <w:szCs w:val="24"/>
              </w:rPr>
            </w:pPr>
          </w:p>
          <w:p w14:paraId="5527CC14" w14:textId="6C4955A6" w:rsidR="00E65038" w:rsidRPr="00DF0631" w:rsidRDefault="00D55E12" w:rsidP="003434C0">
            <w:pPr>
              <w:rPr>
                <w:rFonts w:ascii="Arial" w:hAnsi="Arial" w:cs="Arial"/>
                <w:bCs/>
                <w:sz w:val="24"/>
                <w:szCs w:val="24"/>
              </w:rPr>
            </w:pPr>
            <w:r>
              <w:rPr>
                <w:rFonts w:ascii="Arial" w:hAnsi="Arial" w:cs="Arial"/>
                <w:bCs/>
                <w:sz w:val="24"/>
                <w:szCs w:val="24"/>
              </w:rPr>
              <w:t xml:space="preserve">Promotion – for what we need, shout out for </w:t>
            </w:r>
            <w:r w:rsidR="00975E8D">
              <w:rPr>
                <w:rFonts w:ascii="Arial" w:hAnsi="Arial" w:cs="Arial"/>
                <w:bCs/>
                <w:sz w:val="24"/>
                <w:szCs w:val="24"/>
              </w:rPr>
              <w:t>items to be donated. List of items collated by members.</w:t>
            </w:r>
          </w:p>
          <w:p w14:paraId="29713B60" w14:textId="77777777" w:rsidR="003434C0" w:rsidRPr="00DF0631" w:rsidRDefault="003434C0" w:rsidP="003434C0">
            <w:pPr>
              <w:rPr>
                <w:rFonts w:ascii="Arial" w:hAnsi="Arial" w:cs="Arial"/>
                <w:b/>
                <w:sz w:val="24"/>
                <w:szCs w:val="24"/>
              </w:rPr>
            </w:pPr>
          </w:p>
        </w:tc>
      </w:tr>
      <w:tr w:rsidR="005A586F" w:rsidRPr="00DF0631" w14:paraId="1C8A4618" w14:textId="77777777" w:rsidTr="00AE797B">
        <w:tc>
          <w:tcPr>
            <w:tcW w:w="1270" w:type="dxa"/>
          </w:tcPr>
          <w:p w14:paraId="37FEDAB3" w14:textId="62F66FE5" w:rsidR="005A586F" w:rsidRDefault="00873438" w:rsidP="003434C0">
            <w:pPr>
              <w:jc w:val="center"/>
              <w:rPr>
                <w:rFonts w:ascii="Arial" w:hAnsi="Arial" w:cs="Arial"/>
                <w:b/>
                <w:bCs/>
                <w:sz w:val="24"/>
                <w:szCs w:val="24"/>
              </w:rPr>
            </w:pPr>
            <w:r>
              <w:rPr>
                <w:rFonts w:ascii="Arial" w:hAnsi="Arial" w:cs="Arial"/>
                <w:b/>
                <w:bCs/>
                <w:sz w:val="24"/>
                <w:szCs w:val="24"/>
              </w:rPr>
              <w:lastRenderedPageBreak/>
              <w:t>8.</w:t>
            </w:r>
          </w:p>
        </w:tc>
        <w:tc>
          <w:tcPr>
            <w:tcW w:w="8937" w:type="dxa"/>
          </w:tcPr>
          <w:p w14:paraId="1351CCFC" w14:textId="15AA94CE" w:rsidR="005A586F" w:rsidRDefault="005A586F" w:rsidP="003434C0">
            <w:pPr>
              <w:rPr>
                <w:rFonts w:ascii="Arial" w:hAnsi="Arial" w:cs="Arial"/>
                <w:b/>
                <w:sz w:val="24"/>
                <w:szCs w:val="24"/>
              </w:rPr>
            </w:pPr>
            <w:r>
              <w:rPr>
                <w:rFonts w:ascii="Arial" w:hAnsi="Arial" w:cs="Arial"/>
                <w:b/>
                <w:sz w:val="24"/>
                <w:szCs w:val="24"/>
              </w:rPr>
              <w:t xml:space="preserve">Summer Fair – </w:t>
            </w:r>
          </w:p>
          <w:p w14:paraId="4C1B5483" w14:textId="4F860FD6" w:rsidR="00B403EC" w:rsidRDefault="00B403EC" w:rsidP="003434C0">
            <w:pPr>
              <w:rPr>
                <w:rFonts w:ascii="Arial" w:hAnsi="Arial" w:cs="Arial"/>
                <w:b/>
                <w:sz w:val="24"/>
                <w:szCs w:val="24"/>
              </w:rPr>
            </w:pPr>
          </w:p>
          <w:p w14:paraId="651A744F" w14:textId="322DF45B" w:rsidR="00B403EC" w:rsidRDefault="00B403EC" w:rsidP="003434C0">
            <w:pPr>
              <w:rPr>
                <w:rFonts w:ascii="Arial" w:hAnsi="Arial" w:cs="Arial"/>
                <w:b/>
                <w:sz w:val="24"/>
                <w:szCs w:val="24"/>
              </w:rPr>
            </w:pPr>
            <w:r>
              <w:rPr>
                <w:rFonts w:ascii="Arial" w:hAnsi="Arial" w:cs="Arial"/>
                <w:b/>
                <w:sz w:val="24"/>
                <w:szCs w:val="24"/>
              </w:rPr>
              <w:t xml:space="preserve">Takings </w:t>
            </w:r>
            <w:r w:rsidR="00FF0425">
              <w:rPr>
                <w:rFonts w:ascii="Arial" w:hAnsi="Arial" w:cs="Arial"/>
                <w:b/>
                <w:sz w:val="24"/>
                <w:szCs w:val="24"/>
              </w:rPr>
              <w:t>–</w:t>
            </w:r>
            <w:r>
              <w:rPr>
                <w:rFonts w:ascii="Arial" w:hAnsi="Arial" w:cs="Arial"/>
                <w:b/>
                <w:sz w:val="24"/>
                <w:szCs w:val="24"/>
              </w:rPr>
              <w:t xml:space="preserve"> </w:t>
            </w:r>
            <w:r w:rsidR="0093357A">
              <w:rPr>
                <w:rFonts w:ascii="Arial" w:hAnsi="Arial" w:cs="Arial"/>
                <w:b/>
                <w:sz w:val="24"/>
                <w:szCs w:val="24"/>
              </w:rPr>
              <w:t>£</w:t>
            </w:r>
            <w:r w:rsidR="00FF0425">
              <w:rPr>
                <w:rFonts w:ascii="Arial" w:hAnsi="Arial" w:cs="Arial"/>
                <w:b/>
                <w:sz w:val="24"/>
                <w:szCs w:val="24"/>
              </w:rPr>
              <w:t>1208</w:t>
            </w:r>
          </w:p>
          <w:p w14:paraId="4F4E9926" w14:textId="3F0297EB" w:rsidR="00FF0425" w:rsidRDefault="00FF0425" w:rsidP="003434C0">
            <w:pPr>
              <w:rPr>
                <w:rFonts w:ascii="Arial" w:hAnsi="Arial" w:cs="Arial"/>
                <w:b/>
                <w:sz w:val="24"/>
                <w:szCs w:val="24"/>
              </w:rPr>
            </w:pPr>
            <w:r>
              <w:rPr>
                <w:rFonts w:ascii="Arial" w:hAnsi="Arial" w:cs="Arial"/>
                <w:b/>
                <w:sz w:val="24"/>
                <w:szCs w:val="24"/>
              </w:rPr>
              <w:t>Expense £513.88</w:t>
            </w:r>
          </w:p>
          <w:p w14:paraId="618AD5BB" w14:textId="425ADDE3" w:rsidR="00FF0425" w:rsidRDefault="00FF0425" w:rsidP="003434C0">
            <w:pPr>
              <w:rPr>
                <w:rFonts w:ascii="Arial" w:hAnsi="Arial" w:cs="Arial"/>
                <w:b/>
                <w:sz w:val="24"/>
                <w:szCs w:val="24"/>
              </w:rPr>
            </w:pPr>
            <w:r>
              <w:rPr>
                <w:rFonts w:ascii="Arial" w:hAnsi="Arial" w:cs="Arial"/>
                <w:b/>
                <w:sz w:val="24"/>
                <w:szCs w:val="24"/>
              </w:rPr>
              <w:t>Profit - £694.12</w:t>
            </w:r>
          </w:p>
          <w:p w14:paraId="29AFA71B" w14:textId="77777777" w:rsidR="005A586F" w:rsidRDefault="005A586F" w:rsidP="003434C0">
            <w:pPr>
              <w:rPr>
                <w:rFonts w:ascii="Arial" w:hAnsi="Arial" w:cs="Arial"/>
                <w:b/>
                <w:sz w:val="24"/>
                <w:szCs w:val="24"/>
              </w:rPr>
            </w:pPr>
          </w:p>
          <w:p w14:paraId="5AB2A610" w14:textId="77777777" w:rsidR="005A586F" w:rsidRPr="00975E8D" w:rsidRDefault="005A586F" w:rsidP="003434C0">
            <w:pPr>
              <w:rPr>
                <w:rFonts w:ascii="Arial" w:hAnsi="Arial" w:cs="Arial"/>
                <w:sz w:val="24"/>
                <w:szCs w:val="24"/>
              </w:rPr>
            </w:pPr>
            <w:r w:rsidRPr="00975E8D">
              <w:rPr>
                <w:rFonts w:ascii="Arial" w:hAnsi="Arial" w:cs="Arial"/>
                <w:sz w:val="24"/>
                <w:szCs w:val="24"/>
              </w:rPr>
              <w:t>Slip and Slide – 151 tokens</w:t>
            </w:r>
          </w:p>
          <w:p w14:paraId="2743B832" w14:textId="77777777" w:rsidR="005A586F" w:rsidRPr="00975E8D" w:rsidRDefault="005A586F" w:rsidP="003434C0">
            <w:pPr>
              <w:rPr>
                <w:rFonts w:ascii="Arial" w:hAnsi="Arial" w:cs="Arial"/>
                <w:sz w:val="24"/>
                <w:szCs w:val="24"/>
              </w:rPr>
            </w:pPr>
          </w:p>
          <w:p w14:paraId="2396068A" w14:textId="7982AAD4" w:rsidR="005A586F" w:rsidRPr="00975E8D" w:rsidRDefault="005A586F" w:rsidP="003434C0">
            <w:pPr>
              <w:rPr>
                <w:rFonts w:ascii="Arial" w:hAnsi="Arial" w:cs="Arial"/>
                <w:sz w:val="24"/>
                <w:szCs w:val="24"/>
              </w:rPr>
            </w:pPr>
            <w:r w:rsidRPr="00975E8D">
              <w:rPr>
                <w:rFonts w:ascii="Arial" w:hAnsi="Arial" w:cs="Arial"/>
                <w:sz w:val="24"/>
                <w:szCs w:val="24"/>
              </w:rPr>
              <w:t xml:space="preserve">Hook a Duck 118 </w:t>
            </w:r>
          </w:p>
          <w:p w14:paraId="18AF3C2A" w14:textId="77777777" w:rsidR="005A586F" w:rsidRPr="00975E8D" w:rsidRDefault="005A586F" w:rsidP="003434C0">
            <w:pPr>
              <w:rPr>
                <w:rFonts w:ascii="Arial" w:hAnsi="Arial" w:cs="Arial"/>
                <w:sz w:val="24"/>
                <w:szCs w:val="24"/>
              </w:rPr>
            </w:pPr>
          </w:p>
          <w:p w14:paraId="7863698E" w14:textId="22FD0FFE" w:rsidR="005A586F" w:rsidRPr="00975E8D" w:rsidRDefault="005A586F" w:rsidP="003434C0">
            <w:pPr>
              <w:rPr>
                <w:rFonts w:ascii="Arial" w:hAnsi="Arial" w:cs="Arial"/>
                <w:sz w:val="24"/>
                <w:szCs w:val="24"/>
              </w:rPr>
            </w:pPr>
            <w:r w:rsidRPr="00975E8D">
              <w:rPr>
                <w:rFonts w:ascii="Arial" w:hAnsi="Arial" w:cs="Arial"/>
                <w:sz w:val="24"/>
                <w:szCs w:val="24"/>
              </w:rPr>
              <w:t>Beat the goalie - 33</w:t>
            </w:r>
          </w:p>
          <w:p w14:paraId="4D3D0468" w14:textId="77777777" w:rsidR="005A586F" w:rsidRPr="00975E8D" w:rsidRDefault="005A586F" w:rsidP="003434C0">
            <w:pPr>
              <w:rPr>
                <w:rFonts w:ascii="Arial" w:hAnsi="Arial" w:cs="Arial"/>
                <w:sz w:val="24"/>
                <w:szCs w:val="24"/>
              </w:rPr>
            </w:pPr>
          </w:p>
          <w:p w14:paraId="0CA66B62" w14:textId="24E08A38" w:rsidR="005A586F" w:rsidRPr="00975E8D" w:rsidRDefault="005A586F" w:rsidP="003434C0">
            <w:pPr>
              <w:rPr>
                <w:rFonts w:ascii="Arial" w:hAnsi="Arial" w:cs="Arial"/>
                <w:sz w:val="24"/>
                <w:szCs w:val="24"/>
              </w:rPr>
            </w:pPr>
            <w:r w:rsidRPr="00975E8D">
              <w:rPr>
                <w:rFonts w:ascii="Arial" w:hAnsi="Arial" w:cs="Arial"/>
                <w:sz w:val="24"/>
                <w:szCs w:val="24"/>
              </w:rPr>
              <w:t xml:space="preserve">Coconut shy </w:t>
            </w:r>
            <w:proofErr w:type="gramStart"/>
            <w:r w:rsidRPr="00975E8D">
              <w:rPr>
                <w:rFonts w:ascii="Arial" w:hAnsi="Arial" w:cs="Arial"/>
                <w:sz w:val="24"/>
                <w:szCs w:val="24"/>
              </w:rPr>
              <w:t>-  66</w:t>
            </w:r>
            <w:proofErr w:type="gramEnd"/>
          </w:p>
          <w:p w14:paraId="55233BEB" w14:textId="43BE7B57" w:rsidR="005A586F" w:rsidRPr="00975E8D" w:rsidRDefault="005A586F" w:rsidP="003434C0">
            <w:pPr>
              <w:rPr>
                <w:rFonts w:ascii="Arial" w:hAnsi="Arial" w:cs="Arial"/>
                <w:sz w:val="24"/>
                <w:szCs w:val="24"/>
              </w:rPr>
            </w:pPr>
          </w:p>
          <w:p w14:paraId="7D8E91B1" w14:textId="5C6A60A7" w:rsidR="005A586F" w:rsidRPr="00975E8D" w:rsidRDefault="005A586F" w:rsidP="003434C0">
            <w:pPr>
              <w:rPr>
                <w:rFonts w:ascii="Arial" w:hAnsi="Arial" w:cs="Arial"/>
                <w:sz w:val="24"/>
                <w:szCs w:val="24"/>
              </w:rPr>
            </w:pPr>
            <w:r w:rsidRPr="00975E8D">
              <w:rPr>
                <w:rFonts w:ascii="Arial" w:hAnsi="Arial" w:cs="Arial"/>
                <w:sz w:val="24"/>
                <w:szCs w:val="24"/>
              </w:rPr>
              <w:t xml:space="preserve">Tombola </w:t>
            </w:r>
            <w:r w:rsidR="00B403EC" w:rsidRPr="00975E8D">
              <w:rPr>
                <w:rFonts w:ascii="Arial" w:hAnsi="Arial" w:cs="Arial"/>
                <w:sz w:val="24"/>
                <w:szCs w:val="24"/>
              </w:rPr>
              <w:t>–</w:t>
            </w:r>
            <w:r w:rsidRPr="00975E8D">
              <w:rPr>
                <w:rFonts w:ascii="Arial" w:hAnsi="Arial" w:cs="Arial"/>
                <w:sz w:val="24"/>
                <w:szCs w:val="24"/>
              </w:rPr>
              <w:t xml:space="preserve"> 189</w:t>
            </w:r>
          </w:p>
          <w:p w14:paraId="6779C9DA" w14:textId="780ADE8D" w:rsidR="00B403EC" w:rsidRPr="00975E8D" w:rsidRDefault="00B403EC" w:rsidP="003434C0">
            <w:pPr>
              <w:rPr>
                <w:rFonts w:ascii="Arial" w:hAnsi="Arial" w:cs="Arial"/>
                <w:sz w:val="24"/>
                <w:szCs w:val="24"/>
              </w:rPr>
            </w:pPr>
          </w:p>
          <w:p w14:paraId="5408B90A" w14:textId="7E2968E8" w:rsidR="00B403EC" w:rsidRPr="00975E8D" w:rsidRDefault="00B403EC" w:rsidP="003434C0">
            <w:pPr>
              <w:rPr>
                <w:rFonts w:ascii="Arial" w:hAnsi="Arial" w:cs="Arial"/>
                <w:sz w:val="24"/>
                <w:szCs w:val="24"/>
              </w:rPr>
            </w:pPr>
            <w:r w:rsidRPr="00975E8D">
              <w:rPr>
                <w:rFonts w:ascii="Arial" w:hAnsi="Arial" w:cs="Arial"/>
                <w:sz w:val="24"/>
                <w:szCs w:val="24"/>
              </w:rPr>
              <w:t>Bar – Used most of the stock, crisps went well, Igloo Ice Box worked well, few tweaks but all good.</w:t>
            </w:r>
          </w:p>
          <w:p w14:paraId="531DEE7F" w14:textId="562EA2F8" w:rsidR="00B403EC" w:rsidRPr="00975E8D" w:rsidRDefault="00B403EC" w:rsidP="003434C0">
            <w:pPr>
              <w:rPr>
                <w:rFonts w:ascii="Arial" w:hAnsi="Arial" w:cs="Arial"/>
                <w:sz w:val="24"/>
                <w:szCs w:val="24"/>
              </w:rPr>
            </w:pPr>
          </w:p>
          <w:p w14:paraId="562EE99F" w14:textId="2992FF90" w:rsidR="00B403EC" w:rsidRPr="00975E8D" w:rsidRDefault="00B403EC" w:rsidP="003434C0">
            <w:pPr>
              <w:rPr>
                <w:rFonts w:ascii="Arial" w:hAnsi="Arial" w:cs="Arial"/>
                <w:sz w:val="24"/>
                <w:szCs w:val="24"/>
              </w:rPr>
            </w:pPr>
            <w:r w:rsidRPr="00975E8D">
              <w:rPr>
                <w:rFonts w:ascii="Arial" w:hAnsi="Arial" w:cs="Arial"/>
                <w:sz w:val="24"/>
                <w:szCs w:val="24"/>
              </w:rPr>
              <w:t xml:space="preserve">BBQ – 47 tokens – Sum up </w:t>
            </w:r>
          </w:p>
          <w:p w14:paraId="076309AA" w14:textId="7D7663C5" w:rsidR="00B403EC" w:rsidRPr="00975E8D" w:rsidRDefault="00B403EC" w:rsidP="003434C0">
            <w:pPr>
              <w:rPr>
                <w:rFonts w:ascii="Arial" w:hAnsi="Arial" w:cs="Arial"/>
                <w:sz w:val="24"/>
                <w:szCs w:val="24"/>
              </w:rPr>
            </w:pPr>
          </w:p>
          <w:p w14:paraId="41DE726E" w14:textId="5A8A4A83" w:rsidR="00B403EC" w:rsidRPr="00975E8D" w:rsidRDefault="00B403EC" w:rsidP="003434C0">
            <w:pPr>
              <w:rPr>
                <w:rFonts w:ascii="Arial" w:hAnsi="Arial" w:cs="Arial"/>
                <w:sz w:val="24"/>
                <w:szCs w:val="24"/>
              </w:rPr>
            </w:pPr>
            <w:r w:rsidRPr="00975E8D">
              <w:rPr>
                <w:rFonts w:ascii="Arial" w:hAnsi="Arial" w:cs="Arial"/>
                <w:sz w:val="24"/>
                <w:szCs w:val="24"/>
              </w:rPr>
              <w:t>Play your cards right – 42</w:t>
            </w:r>
          </w:p>
          <w:p w14:paraId="1E7F86B0" w14:textId="766C9F4A" w:rsidR="00B403EC" w:rsidRPr="00975E8D" w:rsidRDefault="00B403EC" w:rsidP="003434C0">
            <w:pPr>
              <w:rPr>
                <w:rFonts w:ascii="Arial" w:hAnsi="Arial" w:cs="Arial"/>
                <w:sz w:val="24"/>
                <w:szCs w:val="24"/>
              </w:rPr>
            </w:pPr>
          </w:p>
          <w:p w14:paraId="4027CD93" w14:textId="3875A1CC" w:rsidR="00B403EC" w:rsidRPr="00975E8D" w:rsidRDefault="00B403EC" w:rsidP="003434C0">
            <w:pPr>
              <w:rPr>
                <w:rFonts w:ascii="Arial" w:hAnsi="Arial" w:cs="Arial"/>
                <w:sz w:val="24"/>
                <w:szCs w:val="24"/>
              </w:rPr>
            </w:pPr>
            <w:r w:rsidRPr="00975E8D">
              <w:rPr>
                <w:rFonts w:ascii="Arial" w:hAnsi="Arial" w:cs="Arial"/>
                <w:sz w:val="24"/>
                <w:szCs w:val="24"/>
              </w:rPr>
              <w:t>Inflatable – have paid for it but will roll over to next event</w:t>
            </w:r>
          </w:p>
          <w:p w14:paraId="13CCD131" w14:textId="3381F0EF" w:rsidR="00B403EC" w:rsidRDefault="00B403EC" w:rsidP="003434C0">
            <w:pPr>
              <w:rPr>
                <w:rFonts w:ascii="Arial" w:hAnsi="Arial" w:cs="Arial"/>
                <w:b/>
                <w:sz w:val="24"/>
                <w:szCs w:val="24"/>
              </w:rPr>
            </w:pPr>
          </w:p>
          <w:p w14:paraId="1B04DA24" w14:textId="246C6A61" w:rsidR="00B403EC" w:rsidRPr="00975E8D" w:rsidRDefault="00B403EC" w:rsidP="003434C0">
            <w:pPr>
              <w:rPr>
                <w:rFonts w:ascii="Arial" w:hAnsi="Arial" w:cs="Arial"/>
                <w:sz w:val="24"/>
                <w:szCs w:val="24"/>
              </w:rPr>
            </w:pPr>
            <w:r w:rsidRPr="00975E8D">
              <w:rPr>
                <w:rFonts w:ascii="Arial" w:hAnsi="Arial" w:cs="Arial"/>
                <w:sz w:val="24"/>
                <w:szCs w:val="24"/>
              </w:rPr>
              <w:t>Cannock Dairies £25.00 donation</w:t>
            </w:r>
          </w:p>
          <w:p w14:paraId="6E39D963" w14:textId="3C55961D" w:rsidR="00B403EC" w:rsidRPr="00975E8D" w:rsidRDefault="00B403EC" w:rsidP="003434C0">
            <w:pPr>
              <w:rPr>
                <w:rFonts w:ascii="Arial" w:hAnsi="Arial" w:cs="Arial"/>
                <w:sz w:val="24"/>
                <w:szCs w:val="24"/>
              </w:rPr>
            </w:pPr>
          </w:p>
          <w:p w14:paraId="3A6CA6C9" w14:textId="6EB686B9" w:rsidR="00B403EC" w:rsidRPr="00975E8D" w:rsidRDefault="00B403EC" w:rsidP="003434C0">
            <w:pPr>
              <w:rPr>
                <w:rFonts w:ascii="Arial" w:hAnsi="Arial" w:cs="Arial"/>
                <w:sz w:val="24"/>
                <w:szCs w:val="24"/>
              </w:rPr>
            </w:pPr>
            <w:r w:rsidRPr="00975E8D">
              <w:rPr>
                <w:rFonts w:ascii="Arial" w:hAnsi="Arial" w:cs="Arial"/>
                <w:sz w:val="24"/>
                <w:szCs w:val="24"/>
              </w:rPr>
              <w:t>Alcohol</w:t>
            </w:r>
            <w:r w:rsidR="00975E8D" w:rsidRPr="00975E8D">
              <w:rPr>
                <w:rFonts w:ascii="Arial" w:hAnsi="Arial" w:cs="Arial"/>
                <w:sz w:val="24"/>
                <w:szCs w:val="24"/>
              </w:rPr>
              <w:t xml:space="preserve"> Tens</w:t>
            </w:r>
            <w:r w:rsidRPr="00975E8D">
              <w:rPr>
                <w:rFonts w:ascii="Arial" w:hAnsi="Arial" w:cs="Arial"/>
                <w:sz w:val="24"/>
                <w:szCs w:val="24"/>
              </w:rPr>
              <w:t xml:space="preserve"> </w:t>
            </w:r>
            <w:r w:rsidR="00975E8D" w:rsidRPr="00975E8D">
              <w:rPr>
                <w:rFonts w:ascii="Arial" w:hAnsi="Arial" w:cs="Arial"/>
                <w:sz w:val="24"/>
                <w:szCs w:val="24"/>
              </w:rPr>
              <w:t>license completed prior to event</w:t>
            </w:r>
          </w:p>
          <w:p w14:paraId="25B5670E" w14:textId="77777777" w:rsidR="00B403EC" w:rsidRPr="00975E8D" w:rsidRDefault="00B403EC" w:rsidP="003434C0">
            <w:pPr>
              <w:rPr>
                <w:rFonts w:ascii="Arial" w:hAnsi="Arial" w:cs="Arial"/>
                <w:sz w:val="24"/>
                <w:szCs w:val="24"/>
              </w:rPr>
            </w:pPr>
          </w:p>
          <w:p w14:paraId="2CA17F4D" w14:textId="5C855BE0" w:rsidR="00B403EC" w:rsidRPr="00975E8D" w:rsidRDefault="00B403EC" w:rsidP="003434C0">
            <w:pPr>
              <w:rPr>
                <w:rFonts w:ascii="Arial" w:hAnsi="Arial" w:cs="Arial"/>
                <w:sz w:val="24"/>
                <w:szCs w:val="24"/>
              </w:rPr>
            </w:pPr>
            <w:r w:rsidRPr="00975E8D">
              <w:rPr>
                <w:rFonts w:ascii="Arial" w:hAnsi="Arial" w:cs="Arial"/>
                <w:sz w:val="24"/>
                <w:szCs w:val="24"/>
              </w:rPr>
              <w:t>Risk Assessment</w:t>
            </w:r>
            <w:r w:rsidR="00975E8D" w:rsidRPr="00975E8D">
              <w:rPr>
                <w:rFonts w:ascii="Arial" w:hAnsi="Arial" w:cs="Arial"/>
                <w:sz w:val="24"/>
                <w:szCs w:val="24"/>
              </w:rPr>
              <w:t xml:space="preserve"> completed prior to the event</w:t>
            </w:r>
            <w:r w:rsidRPr="00975E8D">
              <w:rPr>
                <w:rFonts w:ascii="Arial" w:hAnsi="Arial" w:cs="Arial"/>
                <w:sz w:val="24"/>
                <w:szCs w:val="24"/>
              </w:rPr>
              <w:t xml:space="preserve"> </w:t>
            </w:r>
          </w:p>
          <w:p w14:paraId="2432D864" w14:textId="77777777" w:rsidR="005A586F" w:rsidRDefault="005A586F" w:rsidP="003434C0">
            <w:pPr>
              <w:rPr>
                <w:rFonts w:ascii="Arial" w:hAnsi="Arial" w:cs="Arial"/>
                <w:b/>
                <w:sz w:val="24"/>
                <w:szCs w:val="24"/>
              </w:rPr>
            </w:pPr>
          </w:p>
          <w:p w14:paraId="4718C6AA" w14:textId="67723A48" w:rsidR="005A586F" w:rsidRDefault="005A586F" w:rsidP="003434C0">
            <w:pPr>
              <w:rPr>
                <w:rFonts w:ascii="Arial" w:hAnsi="Arial" w:cs="Arial"/>
                <w:b/>
                <w:sz w:val="24"/>
                <w:szCs w:val="24"/>
              </w:rPr>
            </w:pPr>
          </w:p>
        </w:tc>
      </w:tr>
      <w:tr w:rsidR="000D1FBD" w:rsidRPr="00DF0631" w14:paraId="4BCD2E3D" w14:textId="77777777" w:rsidTr="00AE797B">
        <w:tc>
          <w:tcPr>
            <w:tcW w:w="1270" w:type="dxa"/>
          </w:tcPr>
          <w:p w14:paraId="270CD68D" w14:textId="71365CBD" w:rsidR="000D1FBD" w:rsidRPr="00DF0631" w:rsidRDefault="00873438" w:rsidP="003434C0">
            <w:pPr>
              <w:jc w:val="center"/>
              <w:rPr>
                <w:rFonts w:ascii="Arial" w:hAnsi="Arial" w:cs="Arial"/>
                <w:b/>
                <w:bCs/>
                <w:sz w:val="24"/>
                <w:szCs w:val="24"/>
              </w:rPr>
            </w:pPr>
            <w:r>
              <w:rPr>
                <w:rFonts w:ascii="Arial" w:hAnsi="Arial" w:cs="Arial"/>
                <w:b/>
                <w:bCs/>
                <w:sz w:val="24"/>
                <w:szCs w:val="24"/>
              </w:rPr>
              <w:lastRenderedPageBreak/>
              <w:t>9</w:t>
            </w:r>
            <w:r w:rsidR="006F54BB">
              <w:rPr>
                <w:rFonts w:ascii="Arial" w:hAnsi="Arial" w:cs="Arial"/>
                <w:b/>
                <w:bCs/>
                <w:sz w:val="24"/>
                <w:szCs w:val="24"/>
              </w:rPr>
              <w:t>.</w:t>
            </w:r>
          </w:p>
        </w:tc>
        <w:tc>
          <w:tcPr>
            <w:tcW w:w="8937" w:type="dxa"/>
          </w:tcPr>
          <w:p w14:paraId="785B11EF" w14:textId="03227ABE" w:rsidR="000D1FBD" w:rsidRDefault="000D1FBD" w:rsidP="003434C0">
            <w:pPr>
              <w:rPr>
                <w:rFonts w:ascii="Arial" w:hAnsi="Arial" w:cs="Arial"/>
                <w:b/>
                <w:sz w:val="24"/>
                <w:szCs w:val="24"/>
              </w:rPr>
            </w:pPr>
            <w:r>
              <w:rPr>
                <w:rFonts w:ascii="Arial" w:hAnsi="Arial" w:cs="Arial"/>
                <w:b/>
                <w:sz w:val="24"/>
                <w:szCs w:val="24"/>
              </w:rPr>
              <w:t xml:space="preserve">Year 6 leavers gifts – </w:t>
            </w:r>
          </w:p>
          <w:p w14:paraId="614FE849" w14:textId="77777777" w:rsidR="00FF0425" w:rsidRPr="00975E8D" w:rsidRDefault="00FF0425" w:rsidP="003434C0">
            <w:pPr>
              <w:rPr>
                <w:rFonts w:ascii="Arial" w:hAnsi="Arial" w:cs="Arial"/>
                <w:sz w:val="24"/>
                <w:szCs w:val="24"/>
              </w:rPr>
            </w:pPr>
          </w:p>
          <w:p w14:paraId="160AA69F" w14:textId="0617024C" w:rsidR="00FF0425" w:rsidRPr="00975E8D" w:rsidRDefault="00FF0425" w:rsidP="003434C0">
            <w:pPr>
              <w:rPr>
                <w:rFonts w:ascii="Arial" w:hAnsi="Arial" w:cs="Arial"/>
                <w:sz w:val="24"/>
                <w:szCs w:val="24"/>
              </w:rPr>
            </w:pPr>
            <w:r w:rsidRPr="00975E8D">
              <w:rPr>
                <w:rFonts w:ascii="Arial" w:hAnsi="Arial" w:cs="Arial"/>
                <w:sz w:val="24"/>
                <w:szCs w:val="24"/>
              </w:rPr>
              <w:t>Water bottle personalized, pen with Colwich 2026 and fabric pens for their tops for last day.</w:t>
            </w:r>
          </w:p>
          <w:p w14:paraId="3BBFDF19" w14:textId="4ADE927B" w:rsidR="00975E8D" w:rsidRPr="00975E8D" w:rsidRDefault="00975E8D" w:rsidP="003434C0">
            <w:pPr>
              <w:rPr>
                <w:rFonts w:ascii="Arial" w:hAnsi="Arial" w:cs="Arial"/>
                <w:sz w:val="24"/>
                <w:szCs w:val="24"/>
              </w:rPr>
            </w:pPr>
          </w:p>
          <w:p w14:paraId="222616F3" w14:textId="77777777" w:rsidR="00975E8D" w:rsidRPr="00975E8D" w:rsidRDefault="00975E8D" w:rsidP="00975E8D">
            <w:pPr>
              <w:rPr>
                <w:rFonts w:ascii="Arial" w:hAnsi="Arial" w:cs="Arial"/>
                <w:sz w:val="24"/>
                <w:szCs w:val="24"/>
              </w:rPr>
            </w:pPr>
            <w:r w:rsidRPr="00975E8D">
              <w:rPr>
                <w:rFonts w:ascii="Arial" w:hAnsi="Arial" w:cs="Arial"/>
                <w:sz w:val="24"/>
                <w:szCs w:val="24"/>
              </w:rPr>
              <w:t>Louise to give out the presents in assembly.</w:t>
            </w:r>
          </w:p>
          <w:p w14:paraId="57A64EB3" w14:textId="77777777" w:rsidR="00975E8D" w:rsidRDefault="00975E8D" w:rsidP="003434C0">
            <w:pPr>
              <w:rPr>
                <w:rFonts w:ascii="Arial" w:hAnsi="Arial" w:cs="Arial"/>
                <w:b/>
                <w:sz w:val="24"/>
                <w:szCs w:val="24"/>
              </w:rPr>
            </w:pPr>
          </w:p>
          <w:p w14:paraId="328FA582" w14:textId="698A43E2" w:rsidR="000D1FBD" w:rsidRPr="00DF0631" w:rsidRDefault="000D1FBD" w:rsidP="003434C0">
            <w:pPr>
              <w:rPr>
                <w:rFonts w:ascii="Arial" w:hAnsi="Arial" w:cs="Arial"/>
                <w:b/>
                <w:sz w:val="24"/>
                <w:szCs w:val="24"/>
              </w:rPr>
            </w:pPr>
          </w:p>
        </w:tc>
      </w:tr>
      <w:tr w:rsidR="003434C0" w:rsidRPr="00DF0631" w14:paraId="417BCE7C" w14:textId="77777777" w:rsidTr="00AE797B">
        <w:tc>
          <w:tcPr>
            <w:tcW w:w="1270" w:type="dxa"/>
          </w:tcPr>
          <w:p w14:paraId="619AD32E" w14:textId="40096FB6" w:rsidR="003434C0" w:rsidRPr="00DF0631" w:rsidRDefault="00873438" w:rsidP="003434C0">
            <w:pPr>
              <w:jc w:val="center"/>
              <w:rPr>
                <w:rFonts w:ascii="Arial" w:hAnsi="Arial" w:cs="Arial"/>
                <w:b/>
                <w:bCs/>
                <w:sz w:val="24"/>
                <w:szCs w:val="24"/>
              </w:rPr>
            </w:pPr>
            <w:r>
              <w:rPr>
                <w:rFonts w:ascii="Arial" w:hAnsi="Arial" w:cs="Arial"/>
                <w:b/>
                <w:bCs/>
                <w:sz w:val="24"/>
                <w:szCs w:val="24"/>
              </w:rPr>
              <w:t>10</w:t>
            </w:r>
            <w:r w:rsidR="006F54BB">
              <w:rPr>
                <w:rFonts w:ascii="Arial" w:hAnsi="Arial" w:cs="Arial"/>
                <w:b/>
                <w:bCs/>
                <w:sz w:val="24"/>
                <w:szCs w:val="24"/>
              </w:rPr>
              <w:t>.</w:t>
            </w:r>
          </w:p>
        </w:tc>
        <w:tc>
          <w:tcPr>
            <w:tcW w:w="8937" w:type="dxa"/>
          </w:tcPr>
          <w:p w14:paraId="7EF174E5" w14:textId="61A05CE6" w:rsidR="003434C0" w:rsidRPr="00DF0631" w:rsidRDefault="003434C0" w:rsidP="003434C0">
            <w:pPr>
              <w:rPr>
                <w:rFonts w:ascii="Arial" w:hAnsi="Arial" w:cs="Arial"/>
                <w:sz w:val="24"/>
                <w:szCs w:val="24"/>
              </w:rPr>
            </w:pPr>
            <w:r w:rsidRPr="00DF0631">
              <w:rPr>
                <w:rFonts w:ascii="Arial" w:hAnsi="Arial" w:cs="Arial"/>
                <w:b/>
                <w:sz w:val="24"/>
                <w:szCs w:val="24"/>
              </w:rPr>
              <w:t>Notice boards –</w:t>
            </w:r>
            <w:r w:rsidRPr="00DF0631">
              <w:rPr>
                <w:rFonts w:ascii="Arial" w:hAnsi="Arial" w:cs="Arial"/>
                <w:sz w:val="24"/>
                <w:szCs w:val="24"/>
              </w:rPr>
              <w:t xml:space="preserve"> move the fixed board onto the fence by the entrance to the school, </w:t>
            </w:r>
            <w:r w:rsidRPr="005A586F">
              <w:rPr>
                <w:rFonts w:ascii="Arial" w:hAnsi="Arial" w:cs="Arial"/>
                <w:b/>
                <w:sz w:val="24"/>
                <w:szCs w:val="24"/>
              </w:rPr>
              <w:t>will ask Scott to move them.</w:t>
            </w:r>
            <w:r w:rsidR="00975E8D">
              <w:rPr>
                <w:rFonts w:ascii="Arial" w:hAnsi="Arial" w:cs="Arial"/>
                <w:b/>
                <w:sz w:val="24"/>
                <w:szCs w:val="24"/>
              </w:rPr>
              <w:t xml:space="preserve"> LC</w:t>
            </w:r>
          </w:p>
          <w:p w14:paraId="101E82CF" w14:textId="77777777" w:rsidR="003434C0" w:rsidRPr="00DF0631" w:rsidRDefault="003434C0" w:rsidP="003434C0">
            <w:pPr>
              <w:rPr>
                <w:rFonts w:ascii="Arial" w:hAnsi="Arial" w:cs="Arial"/>
                <w:b/>
                <w:sz w:val="24"/>
                <w:szCs w:val="24"/>
              </w:rPr>
            </w:pPr>
          </w:p>
          <w:p w14:paraId="7D8CFE5C" w14:textId="1F0BAAC5" w:rsidR="003434C0" w:rsidRPr="00DF0631" w:rsidRDefault="003434C0" w:rsidP="003434C0">
            <w:pPr>
              <w:rPr>
                <w:rFonts w:ascii="Arial" w:hAnsi="Arial" w:cs="Arial"/>
                <w:i/>
                <w:sz w:val="24"/>
                <w:szCs w:val="24"/>
              </w:rPr>
            </w:pPr>
            <w:r w:rsidRPr="00DF0631">
              <w:rPr>
                <w:rFonts w:ascii="Arial" w:hAnsi="Arial" w:cs="Arial"/>
                <w:sz w:val="24"/>
                <w:szCs w:val="24"/>
              </w:rPr>
              <w:t>Look at tiered funding, due diligence form for sponsorship discussed, ways of advertising on the notice board, social media and events</w:t>
            </w:r>
            <w:r w:rsidRPr="00DF0631">
              <w:rPr>
                <w:rFonts w:ascii="Arial" w:hAnsi="Arial" w:cs="Arial"/>
                <w:i/>
                <w:sz w:val="24"/>
                <w:szCs w:val="24"/>
              </w:rPr>
              <w:t xml:space="preserve">. </w:t>
            </w:r>
          </w:p>
          <w:p w14:paraId="1DA2FC78" w14:textId="10BC4437" w:rsidR="003434C0" w:rsidRPr="00DF0631" w:rsidRDefault="003434C0" w:rsidP="003434C0">
            <w:pPr>
              <w:rPr>
                <w:rFonts w:ascii="Arial" w:hAnsi="Arial" w:cs="Arial"/>
                <w:i/>
                <w:sz w:val="24"/>
                <w:szCs w:val="24"/>
              </w:rPr>
            </w:pPr>
          </w:p>
          <w:p w14:paraId="2191A36F" w14:textId="789EC055" w:rsidR="003434C0" w:rsidRPr="00DF0631" w:rsidRDefault="003434C0" w:rsidP="003434C0">
            <w:pPr>
              <w:rPr>
                <w:rFonts w:ascii="Arial" w:hAnsi="Arial" w:cs="Arial"/>
                <w:b/>
                <w:i/>
                <w:sz w:val="24"/>
                <w:szCs w:val="24"/>
              </w:rPr>
            </w:pPr>
            <w:r w:rsidRPr="00DF0631">
              <w:rPr>
                <w:rFonts w:ascii="Arial" w:hAnsi="Arial" w:cs="Arial"/>
                <w:b/>
                <w:i/>
                <w:sz w:val="24"/>
                <w:szCs w:val="24"/>
              </w:rPr>
              <w:t>Rolling task</w:t>
            </w:r>
          </w:p>
          <w:p w14:paraId="0BA48480" w14:textId="77777777" w:rsidR="003434C0" w:rsidRPr="00DF0631" w:rsidRDefault="003434C0" w:rsidP="003434C0">
            <w:pPr>
              <w:rPr>
                <w:rFonts w:ascii="Arial" w:hAnsi="Arial" w:cs="Arial"/>
                <w:b/>
                <w:sz w:val="24"/>
                <w:szCs w:val="24"/>
              </w:rPr>
            </w:pPr>
          </w:p>
        </w:tc>
      </w:tr>
      <w:tr w:rsidR="003434C0" w:rsidRPr="00DF0631" w14:paraId="72C50B8D" w14:textId="77777777" w:rsidTr="00AE797B">
        <w:tc>
          <w:tcPr>
            <w:tcW w:w="1270" w:type="dxa"/>
          </w:tcPr>
          <w:p w14:paraId="5223329E" w14:textId="7DB1278D" w:rsidR="003434C0" w:rsidRPr="00DF0631" w:rsidRDefault="006F54BB" w:rsidP="003434C0">
            <w:pPr>
              <w:jc w:val="center"/>
              <w:rPr>
                <w:rFonts w:ascii="Arial" w:hAnsi="Arial" w:cs="Arial"/>
                <w:b/>
                <w:bCs/>
                <w:sz w:val="24"/>
                <w:szCs w:val="24"/>
              </w:rPr>
            </w:pPr>
            <w:r>
              <w:rPr>
                <w:rFonts w:ascii="Arial" w:hAnsi="Arial" w:cs="Arial"/>
                <w:b/>
                <w:bCs/>
                <w:sz w:val="24"/>
                <w:szCs w:val="24"/>
              </w:rPr>
              <w:t>1</w:t>
            </w:r>
            <w:r w:rsidR="00873438">
              <w:rPr>
                <w:rFonts w:ascii="Arial" w:hAnsi="Arial" w:cs="Arial"/>
                <w:b/>
                <w:bCs/>
                <w:sz w:val="24"/>
                <w:szCs w:val="24"/>
              </w:rPr>
              <w:t>1</w:t>
            </w:r>
            <w:r>
              <w:rPr>
                <w:rFonts w:ascii="Arial" w:hAnsi="Arial" w:cs="Arial"/>
                <w:b/>
                <w:bCs/>
                <w:sz w:val="24"/>
                <w:szCs w:val="24"/>
              </w:rPr>
              <w:t>.</w:t>
            </w:r>
            <w:r w:rsidR="003434C0" w:rsidRPr="00DF0631">
              <w:rPr>
                <w:rFonts w:ascii="Arial" w:hAnsi="Arial" w:cs="Arial"/>
                <w:b/>
                <w:bCs/>
                <w:sz w:val="24"/>
                <w:szCs w:val="24"/>
              </w:rPr>
              <w:t xml:space="preserve">  </w:t>
            </w:r>
          </w:p>
        </w:tc>
        <w:tc>
          <w:tcPr>
            <w:tcW w:w="8937" w:type="dxa"/>
          </w:tcPr>
          <w:p w14:paraId="3B12DBF5" w14:textId="7D457AD4" w:rsidR="003434C0" w:rsidRPr="00DF0631" w:rsidRDefault="003434C0" w:rsidP="003434C0">
            <w:pPr>
              <w:rPr>
                <w:rFonts w:ascii="Arial" w:hAnsi="Arial" w:cs="Arial"/>
                <w:b/>
                <w:bCs/>
                <w:sz w:val="24"/>
                <w:szCs w:val="24"/>
              </w:rPr>
            </w:pPr>
            <w:r w:rsidRPr="00DF0631">
              <w:rPr>
                <w:rFonts w:ascii="Arial" w:hAnsi="Arial" w:cs="Arial"/>
                <w:b/>
                <w:bCs/>
                <w:sz w:val="24"/>
                <w:szCs w:val="24"/>
              </w:rPr>
              <w:t xml:space="preserve">Requests from the school – </w:t>
            </w:r>
          </w:p>
          <w:p w14:paraId="6D862441" w14:textId="77777777" w:rsidR="003434C0" w:rsidRPr="00DF0631" w:rsidRDefault="003434C0" w:rsidP="003434C0">
            <w:pPr>
              <w:rPr>
                <w:rFonts w:ascii="Arial" w:hAnsi="Arial" w:cs="Arial"/>
                <w:b/>
                <w:bCs/>
                <w:sz w:val="24"/>
                <w:szCs w:val="24"/>
              </w:rPr>
            </w:pPr>
          </w:p>
          <w:p w14:paraId="5D8D2277" w14:textId="0DC2A1C4" w:rsidR="003434C0" w:rsidRPr="00DF0631" w:rsidRDefault="003434C0" w:rsidP="003434C0">
            <w:pPr>
              <w:rPr>
                <w:rFonts w:ascii="Arial" w:hAnsi="Arial" w:cs="Arial"/>
                <w:bCs/>
                <w:sz w:val="24"/>
                <w:szCs w:val="24"/>
              </w:rPr>
            </w:pPr>
            <w:r w:rsidRPr="00DF0631">
              <w:rPr>
                <w:rFonts w:ascii="Arial" w:hAnsi="Arial" w:cs="Arial"/>
                <w:bCs/>
                <w:sz w:val="24"/>
                <w:szCs w:val="24"/>
              </w:rPr>
              <w:t>Carried over from last meeting</w:t>
            </w:r>
          </w:p>
          <w:p w14:paraId="127FF04C" w14:textId="77777777" w:rsidR="003434C0" w:rsidRPr="00DF0631" w:rsidRDefault="003434C0" w:rsidP="003434C0">
            <w:pPr>
              <w:pStyle w:val="ListParagraph"/>
              <w:spacing w:after="160" w:line="259" w:lineRule="auto"/>
              <w:rPr>
                <w:rFonts w:ascii="Arial" w:hAnsi="Arial" w:cs="Arial"/>
                <w:sz w:val="24"/>
                <w:szCs w:val="24"/>
              </w:rPr>
            </w:pPr>
          </w:p>
          <w:p w14:paraId="1D013723" w14:textId="52CB1B0E" w:rsidR="003434C0" w:rsidRPr="00DF0631" w:rsidRDefault="003434C0" w:rsidP="003434C0">
            <w:pPr>
              <w:pStyle w:val="ListParagraph"/>
              <w:numPr>
                <w:ilvl w:val="0"/>
                <w:numId w:val="12"/>
              </w:numPr>
              <w:spacing w:after="160" w:line="259" w:lineRule="auto"/>
              <w:rPr>
                <w:rFonts w:ascii="Arial" w:hAnsi="Arial" w:cs="Arial"/>
                <w:sz w:val="24"/>
                <w:szCs w:val="24"/>
              </w:rPr>
            </w:pPr>
            <w:r w:rsidRPr="00DF0631">
              <w:rPr>
                <w:rFonts w:ascii="Arial" w:hAnsi="Arial" w:cs="Arial"/>
                <w:sz w:val="24"/>
                <w:szCs w:val="24"/>
              </w:rPr>
              <w:t>Shelter for KS2 shading top playground is needed – pricing to be sourced, to be carried over to next meeting ****To be rolled over****</w:t>
            </w:r>
          </w:p>
          <w:p w14:paraId="42FF7B1A" w14:textId="77777777" w:rsidR="003434C0" w:rsidRPr="00DF0631" w:rsidRDefault="003434C0" w:rsidP="003434C0">
            <w:pPr>
              <w:pStyle w:val="ListParagraph"/>
              <w:rPr>
                <w:rFonts w:ascii="Arial" w:hAnsi="Arial" w:cs="Arial"/>
                <w:sz w:val="24"/>
                <w:szCs w:val="24"/>
              </w:rPr>
            </w:pPr>
          </w:p>
          <w:p w14:paraId="6DDE0C3D" w14:textId="6018CF90" w:rsidR="003434C0" w:rsidRPr="00DF0631" w:rsidRDefault="003434C0" w:rsidP="000D1FBD">
            <w:pPr>
              <w:spacing w:after="160" w:line="259" w:lineRule="auto"/>
              <w:rPr>
                <w:rFonts w:ascii="Arial" w:hAnsi="Arial" w:cs="Arial"/>
                <w:sz w:val="24"/>
                <w:szCs w:val="24"/>
              </w:rPr>
            </w:pPr>
            <w:r w:rsidRPr="00DF0631">
              <w:rPr>
                <w:rFonts w:ascii="Arial" w:hAnsi="Arial" w:cs="Arial"/>
                <w:sz w:val="24"/>
                <w:szCs w:val="24"/>
              </w:rPr>
              <w:t xml:space="preserve"> Second quote for the shelter has been received and updated</w:t>
            </w:r>
            <w:r w:rsidR="005A586F">
              <w:rPr>
                <w:rFonts w:ascii="Arial" w:hAnsi="Arial" w:cs="Arial"/>
                <w:sz w:val="24"/>
                <w:szCs w:val="24"/>
              </w:rPr>
              <w:t>. Quote has been received. Needs to be dis</w:t>
            </w:r>
            <w:r w:rsidR="00975E8D">
              <w:rPr>
                <w:rFonts w:ascii="Arial" w:hAnsi="Arial" w:cs="Arial"/>
                <w:sz w:val="24"/>
                <w:szCs w:val="24"/>
              </w:rPr>
              <w:t>c</w:t>
            </w:r>
            <w:r w:rsidR="005A586F">
              <w:rPr>
                <w:rFonts w:ascii="Arial" w:hAnsi="Arial" w:cs="Arial"/>
                <w:sz w:val="24"/>
                <w:szCs w:val="24"/>
              </w:rPr>
              <w:t>ussed.</w:t>
            </w:r>
          </w:p>
          <w:p w14:paraId="3D4691EB" w14:textId="0756DD43" w:rsidR="003434C0" w:rsidRPr="00DF0631" w:rsidRDefault="003434C0" w:rsidP="003434C0">
            <w:pPr>
              <w:pStyle w:val="ListParagraph"/>
              <w:numPr>
                <w:ilvl w:val="0"/>
                <w:numId w:val="12"/>
              </w:numPr>
              <w:spacing w:after="160" w:line="259" w:lineRule="auto"/>
              <w:rPr>
                <w:rFonts w:ascii="Arial" w:hAnsi="Arial" w:cs="Arial"/>
                <w:sz w:val="24"/>
                <w:szCs w:val="24"/>
              </w:rPr>
            </w:pPr>
            <w:r w:rsidRPr="00DF0631">
              <w:rPr>
                <w:rFonts w:ascii="Arial" w:hAnsi="Arial" w:cs="Arial"/>
                <w:sz w:val="24"/>
                <w:szCs w:val="24"/>
              </w:rPr>
              <w:t>Shelter for KS1 also outside reception – to be carried over ***** Quote has come through after site visit, at the moment this quote is coming in at £11,800 at the moment. Second business coming out to quote*** Second quote has come from another company we are awaiting quote on this considerably less</w:t>
            </w:r>
          </w:p>
          <w:p w14:paraId="2B59B62F" w14:textId="713C7244" w:rsidR="003434C0" w:rsidRPr="00FF0425" w:rsidRDefault="003434C0" w:rsidP="00FF0425">
            <w:pPr>
              <w:spacing w:after="160" w:line="259" w:lineRule="auto"/>
              <w:rPr>
                <w:rFonts w:ascii="Arial" w:hAnsi="Arial" w:cs="Arial"/>
                <w:sz w:val="24"/>
                <w:szCs w:val="24"/>
              </w:rPr>
            </w:pPr>
          </w:p>
        </w:tc>
      </w:tr>
      <w:tr w:rsidR="000D1FBD" w:rsidRPr="00DF0631" w14:paraId="3F8DF4FA" w14:textId="77777777" w:rsidTr="00AE797B">
        <w:tc>
          <w:tcPr>
            <w:tcW w:w="1270" w:type="dxa"/>
          </w:tcPr>
          <w:p w14:paraId="0E21F758" w14:textId="18DBD3E7" w:rsidR="000D1FBD" w:rsidRPr="00DF0631" w:rsidRDefault="006F54BB" w:rsidP="003434C0">
            <w:pPr>
              <w:jc w:val="center"/>
              <w:rPr>
                <w:rFonts w:ascii="Arial" w:hAnsi="Arial" w:cs="Arial"/>
                <w:b/>
                <w:bCs/>
                <w:sz w:val="24"/>
                <w:szCs w:val="24"/>
              </w:rPr>
            </w:pPr>
            <w:r>
              <w:rPr>
                <w:rFonts w:ascii="Arial" w:hAnsi="Arial" w:cs="Arial"/>
                <w:b/>
                <w:bCs/>
                <w:sz w:val="24"/>
                <w:szCs w:val="24"/>
              </w:rPr>
              <w:lastRenderedPageBreak/>
              <w:t>1</w:t>
            </w:r>
            <w:r w:rsidR="00873438">
              <w:rPr>
                <w:rFonts w:ascii="Arial" w:hAnsi="Arial" w:cs="Arial"/>
                <w:b/>
                <w:bCs/>
                <w:sz w:val="24"/>
                <w:szCs w:val="24"/>
              </w:rPr>
              <w:t>2</w:t>
            </w:r>
            <w:r>
              <w:rPr>
                <w:rFonts w:ascii="Arial" w:hAnsi="Arial" w:cs="Arial"/>
                <w:b/>
                <w:bCs/>
                <w:sz w:val="24"/>
                <w:szCs w:val="24"/>
              </w:rPr>
              <w:t>.</w:t>
            </w:r>
          </w:p>
        </w:tc>
        <w:tc>
          <w:tcPr>
            <w:tcW w:w="8937" w:type="dxa"/>
          </w:tcPr>
          <w:p w14:paraId="43FBE30D" w14:textId="77777777" w:rsidR="000D1FBD" w:rsidRPr="00DF0631" w:rsidRDefault="000D1FBD" w:rsidP="000D1FBD">
            <w:pPr>
              <w:pStyle w:val="ListParagraph"/>
              <w:rPr>
                <w:rFonts w:ascii="Arial" w:hAnsi="Arial" w:cs="Arial"/>
                <w:bCs/>
                <w:sz w:val="24"/>
                <w:szCs w:val="24"/>
              </w:rPr>
            </w:pPr>
          </w:p>
          <w:p w14:paraId="31424776" w14:textId="1BDB532E" w:rsidR="000D1FBD" w:rsidRPr="00DF0631" w:rsidRDefault="000D1FBD" w:rsidP="000D1FBD">
            <w:pPr>
              <w:pStyle w:val="ListParagraph"/>
              <w:rPr>
                <w:rFonts w:ascii="Arial" w:hAnsi="Arial" w:cs="Arial"/>
                <w:bCs/>
                <w:sz w:val="24"/>
                <w:szCs w:val="24"/>
              </w:rPr>
            </w:pPr>
            <w:r w:rsidRPr="000D1FBD">
              <w:rPr>
                <w:rFonts w:ascii="Arial" w:hAnsi="Arial" w:cs="Arial"/>
                <w:b/>
                <w:bCs/>
                <w:sz w:val="24"/>
                <w:szCs w:val="24"/>
              </w:rPr>
              <w:t>Welcome pack for new starters parents</w:t>
            </w:r>
            <w:r w:rsidRPr="00DF0631">
              <w:rPr>
                <w:rFonts w:ascii="Arial" w:hAnsi="Arial" w:cs="Arial"/>
                <w:bCs/>
                <w:sz w:val="24"/>
                <w:szCs w:val="24"/>
              </w:rPr>
              <w:t xml:space="preserve"> – PTFA to arrange – SM </w:t>
            </w:r>
            <w:r w:rsidR="00975E8D">
              <w:rPr>
                <w:rFonts w:ascii="Arial" w:hAnsi="Arial" w:cs="Arial"/>
                <w:bCs/>
                <w:sz w:val="24"/>
                <w:szCs w:val="24"/>
              </w:rPr>
              <w:t xml:space="preserve">has got this in hand, </w:t>
            </w:r>
            <w:r w:rsidRPr="00DF0631">
              <w:rPr>
                <w:rFonts w:ascii="Arial" w:hAnsi="Arial" w:cs="Arial"/>
                <w:bCs/>
                <w:sz w:val="24"/>
                <w:szCs w:val="24"/>
              </w:rPr>
              <w:t>11 in reception</w:t>
            </w:r>
            <w:r>
              <w:rPr>
                <w:rFonts w:ascii="Arial" w:hAnsi="Arial" w:cs="Arial"/>
                <w:bCs/>
                <w:sz w:val="24"/>
                <w:szCs w:val="24"/>
              </w:rPr>
              <w:t xml:space="preserve"> coming up this year</w:t>
            </w:r>
          </w:p>
          <w:p w14:paraId="481A99E0" w14:textId="77777777" w:rsidR="000D1FBD" w:rsidRDefault="000D1FBD" w:rsidP="003434C0">
            <w:pPr>
              <w:rPr>
                <w:rFonts w:ascii="Arial" w:hAnsi="Arial" w:cs="Arial"/>
                <w:b/>
                <w:bCs/>
                <w:sz w:val="24"/>
                <w:szCs w:val="24"/>
              </w:rPr>
            </w:pPr>
          </w:p>
        </w:tc>
      </w:tr>
      <w:tr w:rsidR="000D1FBD" w:rsidRPr="00DF0631" w14:paraId="48495C7B" w14:textId="77777777" w:rsidTr="00AE797B">
        <w:tc>
          <w:tcPr>
            <w:tcW w:w="1270" w:type="dxa"/>
          </w:tcPr>
          <w:p w14:paraId="733AC19F" w14:textId="3D3C31AB" w:rsidR="000D1FBD" w:rsidRPr="00DF0631" w:rsidRDefault="006F54BB" w:rsidP="003434C0">
            <w:pPr>
              <w:jc w:val="center"/>
              <w:rPr>
                <w:rFonts w:ascii="Arial" w:hAnsi="Arial" w:cs="Arial"/>
                <w:b/>
                <w:bCs/>
                <w:sz w:val="24"/>
                <w:szCs w:val="24"/>
              </w:rPr>
            </w:pPr>
            <w:r>
              <w:rPr>
                <w:rFonts w:ascii="Arial" w:hAnsi="Arial" w:cs="Arial"/>
                <w:b/>
                <w:bCs/>
                <w:sz w:val="24"/>
                <w:szCs w:val="24"/>
              </w:rPr>
              <w:t>1</w:t>
            </w:r>
            <w:r w:rsidR="00873438">
              <w:rPr>
                <w:rFonts w:ascii="Arial" w:hAnsi="Arial" w:cs="Arial"/>
                <w:b/>
                <w:bCs/>
                <w:sz w:val="24"/>
                <w:szCs w:val="24"/>
              </w:rPr>
              <w:t>3</w:t>
            </w:r>
            <w:r>
              <w:rPr>
                <w:rFonts w:ascii="Arial" w:hAnsi="Arial" w:cs="Arial"/>
                <w:b/>
                <w:bCs/>
                <w:sz w:val="24"/>
                <w:szCs w:val="24"/>
              </w:rPr>
              <w:t>.</w:t>
            </w:r>
          </w:p>
        </w:tc>
        <w:tc>
          <w:tcPr>
            <w:tcW w:w="8937" w:type="dxa"/>
          </w:tcPr>
          <w:p w14:paraId="3756DE78" w14:textId="4812D5F7" w:rsidR="000D1FBD" w:rsidRDefault="000D1FBD" w:rsidP="003434C0">
            <w:pPr>
              <w:rPr>
                <w:rFonts w:ascii="Arial" w:hAnsi="Arial" w:cs="Arial"/>
                <w:b/>
                <w:bCs/>
                <w:sz w:val="24"/>
                <w:szCs w:val="24"/>
              </w:rPr>
            </w:pPr>
            <w:r>
              <w:rPr>
                <w:rFonts w:ascii="Arial" w:hAnsi="Arial" w:cs="Arial"/>
                <w:b/>
                <w:bCs/>
                <w:sz w:val="24"/>
                <w:szCs w:val="24"/>
              </w:rPr>
              <w:t>Round up of the year!</w:t>
            </w:r>
          </w:p>
          <w:p w14:paraId="15A73ECC" w14:textId="4C20D853" w:rsidR="00975E8D" w:rsidRDefault="00975E8D" w:rsidP="003434C0">
            <w:pPr>
              <w:rPr>
                <w:rFonts w:ascii="Arial" w:hAnsi="Arial" w:cs="Arial"/>
                <w:b/>
                <w:bCs/>
                <w:sz w:val="24"/>
                <w:szCs w:val="24"/>
              </w:rPr>
            </w:pPr>
          </w:p>
          <w:p w14:paraId="2317B52E" w14:textId="0B93AB96" w:rsidR="00975E8D" w:rsidRDefault="00975E8D" w:rsidP="003434C0">
            <w:pPr>
              <w:rPr>
                <w:rFonts w:ascii="Arial" w:hAnsi="Arial" w:cs="Arial"/>
                <w:b/>
                <w:bCs/>
                <w:sz w:val="24"/>
                <w:szCs w:val="24"/>
              </w:rPr>
            </w:pPr>
            <w:r>
              <w:rPr>
                <w:rFonts w:ascii="Arial" w:hAnsi="Arial" w:cs="Arial"/>
                <w:b/>
                <w:bCs/>
                <w:sz w:val="24"/>
                <w:szCs w:val="24"/>
              </w:rPr>
              <w:t>Events held -</w:t>
            </w:r>
          </w:p>
          <w:p w14:paraId="4E6F6CDE" w14:textId="23B04E6D" w:rsidR="00662421" w:rsidRDefault="00662421" w:rsidP="003434C0">
            <w:pPr>
              <w:rPr>
                <w:rFonts w:ascii="Arial" w:hAnsi="Arial" w:cs="Arial"/>
                <w:b/>
                <w:bCs/>
                <w:sz w:val="24"/>
                <w:szCs w:val="24"/>
              </w:rPr>
            </w:pPr>
          </w:p>
          <w:p w14:paraId="281449A0" w14:textId="3E444DB2" w:rsidR="00662421" w:rsidRDefault="00662421" w:rsidP="00662421">
            <w:pPr>
              <w:rPr>
                <w:rFonts w:ascii="Arial" w:hAnsi="Arial" w:cs="Arial"/>
              </w:rPr>
            </w:pPr>
            <w:r w:rsidRPr="005C20D0">
              <w:rPr>
                <w:rFonts w:ascii="Arial" w:hAnsi="Arial" w:cs="Arial"/>
              </w:rPr>
              <w:t>Tuesday 14</w:t>
            </w:r>
            <w:r w:rsidRPr="005C20D0">
              <w:rPr>
                <w:rFonts w:ascii="Arial" w:hAnsi="Arial" w:cs="Arial"/>
                <w:vertAlign w:val="superscript"/>
              </w:rPr>
              <w:t>th</w:t>
            </w:r>
            <w:r w:rsidRPr="005C20D0">
              <w:rPr>
                <w:rFonts w:ascii="Arial" w:hAnsi="Arial" w:cs="Arial"/>
              </w:rPr>
              <w:t xml:space="preserve"> October</w:t>
            </w:r>
            <w:r w:rsidR="0093357A">
              <w:rPr>
                <w:rFonts w:ascii="Arial" w:hAnsi="Arial" w:cs="Arial"/>
              </w:rPr>
              <w:t xml:space="preserve"> </w:t>
            </w:r>
            <w:r w:rsidRPr="005C20D0">
              <w:rPr>
                <w:rFonts w:ascii="Arial" w:hAnsi="Arial" w:cs="Arial"/>
              </w:rPr>
              <w:t>– Movie and munch</w:t>
            </w:r>
          </w:p>
          <w:p w14:paraId="2D593766" w14:textId="77777777" w:rsidR="00662421" w:rsidRPr="005C20D0" w:rsidRDefault="00662421" w:rsidP="00662421">
            <w:pPr>
              <w:rPr>
                <w:rFonts w:ascii="Arial" w:hAnsi="Arial" w:cs="Arial"/>
              </w:rPr>
            </w:pPr>
          </w:p>
          <w:p w14:paraId="52AF0757" w14:textId="1AA9DB11" w:rsidR="00662421" w:rsidRDefault="00662421" w:rsidP="00662421">
            <w:pPr>
              <w:rPr>
                <w:rFonts w:ascii="Arial" w:hAnsi="Arial" w:cs="Arial"/>
              </w:rPr>
            </w:pPr>
            <w:r w:rsidRPr="005C20D0">
              <w:rPr>
                <w:rFonts w:ascii="Arial" w:hAnsi="Arial" w:cs="Arial"/>
              </w:rPr>
              <w:t>Own clothes day – 24</w:t>
            </w:r>
            <w:r w:rsidRPr="005C20D0">
              <w:rPr>
                <w:rFonts w:ascii="Arial" w:hAnsi="Arial" w:cs="Arial"/>
                <w:vertAlign w:val="superscript"/>
              </w:rPr>
              <w:t>th</w:t>
            </w:r>
            <w:r w:rsidRPr="005C20D0">
              <w:rPr>
                <w:rFonts w:ascii="Arial" w:hAnsi="Arial" w:cs="Arial"/>
              </w:rPr>
              <w:t xml:space="preserve"> October 2025</w:t>
            </w:r>
          </w:p>
          <w:p w14:paraId="0145D3C0" w14:textId="2B0CCC74" w:rsidR="008764BB" w:rsidRDefault="008764BB" w:rsidP="00662421">
            <w:pPr>
              <w:rPr>
                <w:rFonts w:ascii="Arial" w:hAnsi="Arial" w:cs="Arial"/>
              </w:rPr>
            </w:pPr>
          </w:p>
          <w:p w14:paraId="250C403B" w14:textId="30401395" w:rsidR="008764BB" w:rsidRDefault="008764BB" w:rsidP="00662421">
            <w:pPr>
              <w:rPr>
                <w:rFonts w:ascii="Arial" w:hAnsi="Arial" w:cs="Arial"/>
              </w:rPr>
            </w:pPr>
            <w:r>
              <w:rPr>
                <w:rFonts w:ascii="Arial" w:hAnsi="Arial" w:cs="Arial"/>
              </w:rPr>
              <w:t>7</w:t>
            </w:r>
            <w:r w:rsidRPr="008764BB">
              <w:rPr>
                <w:rFonts w:ascii="Arial" w:hAnsi="Arial" w:cs="Arial"/>
                <w:vertAlign w:val="superscript"/>
              </w:rPr>
              <w:t>th</w:t>
            </w:r>
            <w:r>
              <w:rPr>
                <w:rFonts w:ascii="Arial" w:hAnsi="Arial" w:cs="Arial"/>
              </w:rPr>
              <w:t xml:space="preserve"> November 2025 – Glow Disco</w:t>
            </w:r>
          </w:p>
          <w:p w14:paraId="62449752" w14:textId="77777777" w:rsidR="008764BB" w:rsidRDefault="008764BB" w:rsidP="00662421">
            <w:pPr>
              <w:rPr>
                <w:rFonts w:ascii="Arial" w:hAnsi="Arial" w:cs="Arial"/>
              </w:rPr>
            </w:pPr>
          </w:p>
          <w:p w14:paraId="501BFC9F" w14:textId="2D8DD5AD" w:rsidR="008764BB" w:rsidRDefault="008764BB" w:rsidP="00662421">
            <w:pPr>
              <w:rPr>
                <w:rFonts w:ascii="Arial" w:hAnsi="Arial" w:cs="Arial"/>
              </w:rPr>
            </w:pPr>
            <w:r>
              <w:rPr>
                <w:rFonts w:ascii="Arial" w:hAnsi="Arial" w:cs="Arial"/>
              </w:rPr>
              <w:t>Christmas Fair – 28</w:t>
            </w:r>
            <w:r w:rsidRPr="008764BB">
              <w:rPr>
                <w:rFonts w:ascii="Arial" w:hAnsi="Arial" w:cs="Arial"/>
                <w:vertAlign w:val="superscript"/>
              </w:rPr>
              <w:t>th</w:t>
            </w:r>
            <w:r>
              <w:rPr>
                <w:rFonts w:ascii="Arial" w:hAnsi="Arial" w:cs="Arial"/>
              </w:rPr>
              <w:t xml:space="preserve"> November 2026</w:t>
            </w:r>
          </w:p>
          <w:p w14:paraId="1FB972CB" w14:textId="77777777" w:rsidR="00662421" w:rsidRPr="005C20D0" w:rsidRDefault="00662421" w:rsidP="00662421">
            <w:pPr>
              <w:rPr>
                <w:rFonts w:ascii="Arial" w:hAnsi="Arial" w:cs="Arial"/>
              </w:rPr>
            </w:pPr>
          </w:p>
          <w:p w14:paraId="28759596" w14:textId="77777777" w:rsidR="00662421" w:rsidRDefault="00662421" w:rsidP="00662421">
            <w:pPr>
              <w:rPr>
                <w:rFonts w:ascii="Arial" w:hAnsi="Arial" w:cs="Arial"/>
              </w:rPr>
            </w:pPr>
            <w:r w:rsidRPr="005C20D0">
              <w:rPr>
                <w:rFonts w:ascii="Arial" w:hAnsi="Arial" w:cs="Arial"/>
              </w:rPr>
              <w:t>January 2025 Thursday 22</w:t>
            </w:r>
            <w:r w:rsidRPr="005C20D0">
              <w:rPr>
                <w:rFonts w:ascii="Arial" w:hAnsi="Arial" w:cs="Arial"/>
                <w:vertAlign w:val="superscript"/>
              </w:rPr>
              <w:t>nd</w:t>
            </w:r>
            <w:r w:rsidRPr="005C20D0">
              <w:rPr>
                <w:rFonts w:ascii="Arial" w:hAnsi="Arial" w:cs="Arial"/>
              </w:rPr>
              <w:t xml:space="preserve"> 2026 – movie and munch</w:t>
            </w:r>
          </w:p>
          <w:p w14:paraId="41F86C0A" w14:textId="77777777" w:rsidR="00662421" w:rsidRPr="005C20D0" w:rsidRDefault="00662421" w:rsidP="00662421">
            <w:pPr>
              <w:rPr>
                <w:rFonts w:ascii="Arial" w:hAnsi="Arial" w:cs="Arial"/>
              </w:rPr>
            </w:pPr>
          </w:p>
          <w:p w14:paraId="72559F96" w14:textId="77777777" w:rsidR="00662421" w:rsidRDefault="00662421" w:rsidP="00662421">
            <w:pPr>
              <w:rPr>
                <w:rFonts w:ascii="Arial" w:hAnsi="Arial" w:cs="Arial"/>
              </w:rPr>
            </w:pPr>
            <w:r w:rsidRPr="005C20D0">
              <w:rPr>
                <w:rFonts w:ascii="Arial" w:hAnsi="Arial" w:cs="Arial"/>
              </w:rPr>
              <w:t>February 13</w:t>
            </w:r>
            <w:r w:rsidRPr="005C20D0">
              <w:rPr>
                <w:rFonts w:ascii="Arial" w:hAnsi="Arial" w:cs="Arial"/>
                <w:vertAlign w:val="superscript"/>
              </w:rPr>
              <w:t>th</w:t>
            </w:r>
            <w:r w:rsidRPr="005C20D0">
              <w:rPr>
                <w:rFonts w:ascii="Arial" w:hAnsi="Arial" w:cs="Arial"/>
              </w:rPr>
              <w:t xml:space="preserve"> Friendship Disco 5 – 6.30pm</w:t>
            </w:r>
          </w:p>
          <w:p w14:paraId="59D8232B" w14:textId="77777777" w:rsidR="00662421" w:rsidRPr="005C20D0" w:rsidRDefault="00662421" w:rsidP="00662421">
            <w:pPr>
              <w:rPr>
                <w:rFonts w:ascii="Arial" w:hAnsi="Arial" w:cs="Arial"/>
              </w:rPr>
            </w:pPr>
          </w:p>
          <w:p w14:paraId="53CA1531" w14:textId="34D73640" w:rsidR="00662421" w:rsidRDefault="00662421" w:rsidP="00662421">
            <w:pPr>
              <w:rPr>
                <w:rFonts w:ascii="Arial" w:hAnsi="Arial" w:cs="Arial"/>
              </w:rPr>
            </w:pPr>
            <w:proofErr w:type="spellStart"/>
            <w:r w:rsidRPr="005C20D0">
              <w:rPr>
                <w:rFonts w:ascii="Arial" w:hAnsi="Arial" w:cs="Arial"/>
              </w:rPr>
              <w:t>Mothers day</w:t>
            </w:r>
            <w:proofErr w:type="spellEnd"/>
            <w:r w:rsidRPr="005C20D0">
              <w:rPr>
                <w:rFonts w:ascii="Arial" w:hAnsi="Arial" w:cs="Arial"/>
              </w:rPr>
              <w:t xml:space="preserve"> 11</w:t>
            </w:r>
            <w:r w:rsidRPr="005C20D0">
              <w:rPr>
                <w:rFonts w:ascii="Arial" w:hAnsi="Arial" w:cs="Arial"/>
                <w:vertAlign w:val="superscript"/>
              </w:rPr>
              <w:t>th</w:t>
            </w:r>
            <w:r w:rsidRPr="005C20D0">
              <w:rPr>
                <w:rFonts w:ascii="Arial" w:hAnsi="Arial" w:cs="Arial"/>
              </w:rPr>
              <w:t xml:space="preserve"> March 2026 – </w:t>
            </w:r>
            <w:proofErr w:type="spellStart"/>
            <w:r w:rsidRPr="005C20D0">
              <w:rPr>
                <w:rFonts w:ascii="Arial" w:hAnsi="Arial" w:cs="Arial"/>
              </w:rPr>
              <w:t>Mothers day</w:t>
            </w:r>
            <w:proofErr w:type="spellEnd"/>
            <w:r w:rsidRPr="005C20D0">
              <w:rPr>
                <w:rFonts w:ascii="Arial" w:hAnsi="Arial" w:cs="Arial"/>
              </w:rPr>
              <w:t xml:space="preserve"> presents</w:t>
            </w:r>
          </w:p>
          <w:p w14:paraId="3F48F829" w14:textId="6D651E99" w:rsidR="008764BB" w:rsidRDefault="008764BB" w:rsidP="00662421">
            <w:pPr>
              <w:rPr>
                <w:rFonts w:ascii="Arial" w:hAnsi="Arial" w:cs="Arial"/>
              </w:rPr>
            </w:pPr>
          </w:p>
          <w:p w14:paraId="5B53CE63" w14:textId="1949F74C" w:rsidR="008764BB" w:rsidRPr="008764BB" w:rsidRDefault="008764BB" w:rsidP="00662421">
            <w:pPr>
              <w:rPr>
                <w:rFonts w:ascii="Arial" w:hAnsi="Arial" w:cs="Arial"/>
              </w:rPr>
            </w:pPr>
            <w:r w:rsidRPr="008764BB">
              <w:rPr>
                <w:rFonts w:ascii="Arial" w:hAnsi="Arial" w:cs="Arial"/>
                <w:bCs/>
              </w:rPr>
              <w:t>WONKA BARS! April 24</w:t>
            </w:r>
            <w:r w:rsidRPr="008764BB">
              <w:rPr>
                <w:rFonts w:ascii="Arial" w:hAnsi="Arial" w:cs="Arial"/>
                <w:bCs/>
                <w:vertAlign w:val="superscript"/>
              </w:rPr>
              <w:t>th</w:t>
            </w:r>
            <w:r>
              <w:rPr>
                <w:rFonts w:ascii="Arial" w:hAnsi="Arial" w:cs="Arial"/>
                <w:bCs/>
              </w:rPr>
              <w:t xml:space="preserve"> April 2026</w:t>
            </w:r>
          </w:p>
          <w:p w14:paraId="0A9BDA36" w14:textId="77777777" w:rsidR="00662421" w:rsidRPr="005C20D0" w:rsidRDefault="00662421" w:rsidP="00662421">
            <w:pPr>
              <w:rPr>
                <w:rFonts w:ascii="Arial" w:hAnsi="Arial" w:cs="Arial"/>
              </w:rPr>
            </w:pPr>
          </w:p>
          <w:p w14:paraId="180F0231" w14:textId="77777777" w:rsidR="00662421" w:rsidRDefault="00662421" w:rsidP="00662421">
            <w:pPr>
              <w:rPr>
                <w:rFonts w:ascii="Arial" w:hAnsi="Arial" w:cs="Arial"/>
              </w:rPr>
            </w:pPr>
            <w:r w:rsidRPr="005C20D0">
              <w:rPr>
                <w:rFonts w:ascii="Arial" w:hAnsi="Arial" w:cs="Arial"/>
              </w:rPr>
              <w:t>Friday 15</w:t>
            </w:r>
            <w:r w:rsidRPr="005C20D0">
              <w:rPr>
                <w:rFonts w:ascii="Arial" w:hAnsi="Arial" w:cs="Arial"/>
                <w:vertAlign w:val="superscript"/>
              </w:rPr>
              <w:t>th</w:t>
            </w:r>
            <w:r w:rsidRPr="005C20D0">
              <w:rPr>
                <w:rFonts w:ascii="Arial" w:hAnsi="Arial" w:cs="Arial"/>
              </w:rPr>
              <w:t xml:space="preserve"> MAY 2026 – Color run straight after school</w:t>
            </w:r>
          </w:p>
          <w:p w14:paraId="12D3CA99" w14:textId="77777777" w:rsidR="00662421" w:rsidRPr="005C20D0" w:rsidRDefault="00662421" w:rsidP="00662421">
            <w:pPr>
              <w:rPr>
                <w:rFonts w:ascii="Arial" w:hAnsi="Arial" w:cs="Arial"/>
              </w:rPr>
            </w:pPr>
          </w:p>
          <w:p w14:paraId="62101D48" w14:textId="6C13C4B4" w:rsidR="00662421" w:rsidRDefault="00662421" w:rsidP="00662421">
            <w:pPr>
              <w:rPr>
                <w:rFonts w:ascii="Arial" w:hAnsi="Arial" w:cs="Arial"/>
              </w:rPr>
            </w:pPr>
            <w:r w:rsidRPr="005C20D0">
              <w:rPr>
                <w:rFonts w:ascii="Arial" w:hAnsi="Arial" w:cs="Arial"/>
              </w:rPr>
              <w:t>Thursday 21</w:t>
            </w:r>
            <w:r w:rsidRPr="005C20D0">
              <w:rPr>
                <w:rFonts w:ascii="Arial" w:hAnsi="Arial" w:cs="Arial"/>
                <w:vertAlign w:val="superscript"/>
              </w:rPr>
              <w:t>st</w:t>
            </w:r>
            <w:r w:rsidRPr="005C20D0">
              <w:rPr>
                <w:rFonts w:ascii="Arial" w:hAnsi="Arial" w:cs="Arial"/>
              </w:rPr>
              <w:t xml:space="preserve"> MAY 2026 non uniform Crazy hair day</w:t>
            </w:r>
          </w:p>
          <w:p w14:paraId="1F403ADC" w14:textId="77777777" w:rsidR="00662421" w:rsidRPr="005C20D0" w:rsidRDefault="00662421" w:rsidP="00662421">
            <w:pPr>
              <w:rPr>
                <w:rFonts w:ascii="Arial" w:hAnsi="Arial" w:cs="Arial"/>
              </w:rPr>
            </w:pPr>
          </w:p>
          <w:p w14:paraId="7E1ECC61" w14:textId="62FFEAD6" w:rsidR="00662421" w:rsidRDefault="00662421" w:rsidP="00662421">
            <w:pPr>
              <w:rPr>
                <w:rFonts w:ascii="Arial" w:hAnsi="Arial" w:cs="Arial"/>
              </w:rPr>
            </w:pPr>
            <w:proofErr w:type="gramStart"/>
            <w:r w:rsidRPr="005C20D0">
              <w:rPr>
                <w:rFonts w:ascii="Arial" w:hAnsi="Arial" w:cs="Arial"/>
              </w:rPr>
              <w:t>Father</w:t>
            </w:r>
            <w:r w:rsidR="0093357A">
              <w:rPr>
                <w:rFonts w:ascii="Arial" w:hAnsi="Arial" w:cs="Arial"/>
              </w:rPr>
              <w:t>’s</w:t>
            </w:r>
            <w:r w:rsidRPr="005C20D0">
              <w:rPr>
                <w:rFonts w:ascii="Arial" w:hAnsi="Arial" w:cs="Arial"/>
              </w:rPr>
              <w:t xml:space="preserve"> day</w:t>
            </w:r>
            <w:proofErr w:type="gramEnd"/>
            <w:r w:rsidRPr="005C20D0">
              <w:rPr>
                <w:rFonts w:ascii="Arial" w:hAnsi="Arial" w:cs="Arial"/>
              </w:rPr>
              <w:t xml:space="preserve"> sale 17</w:t>
            </w:r>
            <w:r w:rsidRPr="005C20D0">
              <w:rPr>
                <w:rFonts w:ascii="Arial" w:hAnsi="Arial" w:cs="Arial"/>
                <w:vertAlign w:val="superscript"/>
              </w:rPr>
              <w:t>th</w:t>
            </w:r>
            <w:r w:rsidRPr="005C20D0">
              <w:rPr>
                <w:rFonts w:ascii="Arial" w:hAnsi="Arial" w:cs="Arial"/>
              </w:rPr>
              <w:t xml:space="preserve"> June 2026</w:t>
            </w:r>
          </w:p>
          <w:p w14:paraId="7E93A9DC" w14:textId="77777777" w:rsidR="00662421" w:rsidRPr="005C20D0" w:rsidRDefault="00662421" w:rsidP="00662421">
            <w:pPr>
              <w:rPr>
                <w:rFonts w:ascii="Arial" w:hAnsi="Arial" w:cs="Arial"/>
              </w:rPr>
            </w:pPr>
          </w:p>
          <w:p w14:paraId="01E84A3F" w14:textId="78DB76A2" w:rsidR="00662421" w:rsidRDefault="00662421" w:rsidP="00662421">
            <w:pPr>
              <w:rPr>
                <w:rFonts w:ascii="Arial" w:hAnsi="Arial" w:cs="Arial"/>
              </w:rPr>
            </w:pPr>
            <w:proofErr w:type="gramStart"/>
            <w:r w:rsidRPr="005C20D0">
              <w:rPr>
                <w:rFonts w:ascii="Arial" w:hAnsi="Arial" w:cs="Arial"/>
              </w:rPr>
              <w:t>Father</w:t>
            </w:r>
            <w:r w:rsidR="0093357A">
              <w:rPr>
                <w:rFonts w:ascii="Arial" w:hAnsi="Arial" w:cs="Arial"/>
              </w:rPr>
              <w:t>’s</w:t>
            </w:r>
            <w:r w:rsidRPr="005C20D0">
              <w:rPr>
                <w:rFonts w:ascii="Arial" w:hAnsi="Arial" w:cs="Arial"/>
              </w:rPr>
              <w:t xml:space="preserve"> day</w:t>
            </w:r>
            <w:proofErr w:type="gramEnd"/>
            <w:r w:rsidRPr="005C20D0">
              <w:rPr>
                <w:rFonts w:ascii="Arial" w:hAnsi="Arial" w:cs="Arial"/>
              </w:rPr>
              <w:t xml:space="preserve"> 19</w:t>
            </w:r>
            <w:r w:rsidRPr="005C20D0">
              <w:rPr>
                <w:rFonts w:ascii="Arial" w:hAnsi="Arial" w:cs="Arial"/>
                <w:vertAlign w:val="superscript"/>
              </w:rPr>
              <w:t>th</w:t>
            </w:r>
            <w:r w:rsidRPr="005C20D0">
              <w:rPr>
                <w:rFonts w:ascii="Arial" w:hAnsi="Arial" w:cs="Arial"/>
              </w:rPr>
              <w:t xml:space="preserve"> June 2026 – donut sale</w:t>
            </w:r>
          </w:p>
          <w:p w14:paraId="477506F6" w14:textId="77777777" w:rsidR="00662421" w:rsidRPr="005C20D0" w:rsidRDefault="00662421" w:rsidP="00662421">
            <w:pPr>
              <w:rPr>
                <w:rFonts w:ascii="Arial" w:hAnsi="Arial" w:cs="Arial"/>
              </w:rPr>
            </w:pPr>
          </w:p>
          <w:p w14:paraId="6F98EE6C" w14:textId="73059E51" w:rsidR="00662421" w:rsidRDefault="00662421" w:rsidP="00662421">
            <w:pPr>
              <w:rPr>
                <w:rFonts w:ascii="Arial" w:hAnsi="Arial" w:cs="Arial"/>
              </w:rPr>
            </w:pPr>
            <w:r w:rsidRPr="005C20D0">
              <w:rPr>
                <w:rFonts w:ascii="Arial" w:hAnsi="Arial" w:cs="Arial"/>
              </w:rPr>
              <w:t>Summer fa</w:t>
            </w:r>
            <w:r w:rsidR="0093357A">
              <w:rPr>
                <w:rFonts w:ascii="Arial" w:hAnsi="Arial" w:cs="Arial"/>
              </w:rPr>
              <w:t>ir</w:t>
            </w:r>
            <w:r w:rsidRPr="005C20D0">
              <w:rPr>
                <w:rFonts w:ascii="Arial" w:hAnsi="Arial" w:cs="Arial"/>
              </w:rPr>
              <w:t xml:space="preserve"> – Friday after school Friday </w:t>
            </w:r>
            <w:r>
              <w:rPr>
                <w:rFonts w:ascii="Arial" w:hAnsi="Arial" w:cs="Arial"/>
              </w:rPr>
              <w:t>10</w:t>
            </w:r>
            <w:r w:rsidRPr="00662421">
              <w:rPr>
                <w:rFonts w:ascii="Arial" w:hAnsi="Arial" w:cs="Arial"/>
                <w:vertAlign w:val="superscript"/>
              </w:rPr>
              <w:t>th</w:t>
            </w:r>
            <w:r>
              <w:rPr>
                <w:rFonts w:ascii="Arial" w:hAnsi="Arial" w:cs="Arial"/>
              </w:rPr>
              <w:t xml:space="preserve"> July</w:t>
            </w:r>
            <w:r w:rsidRPr="005C20D0">
              <w:rPr>
                <w:rFonts w:ascii="Arial" w:hAnsi="Arial" w:cs="Arial"/>
              </w:rPr>
              <w:t xml:space="preserve"> 2026 – 4.30- 6.30pm</w:t>
            </w:r>
          </w:p>
          <w:p w14:paraId="18C8F33F" w14:textId="70286690" w:rsidR="008764BB" w:rsidRPr="008764BB" w:rsidRDefault="008764BB" w:rsidP="00662421">
            <w:pPr>
              <w:rPr>
                <w:rFonts w:ascii="Arial" w:hAnsi="Arial" w:cs="Arial"/>
                <w:b/>
              </w:rPr>
            </w:pPr>
          </w:p>
          <w:p w14:paraId="58F3A8BC" w14:textId="578C47E0" w:rsidR="008764BB" w:rsidRPr="008764BB" w:rsidRDefault="008764BB" w:rsidP="00662421">
            <w:pPr>
              <w:rPr>
                <w:rFonts w:ascii="Arial" w:hAnsi="Arial" w:cs="Arial"/>
                <w:b/>
              </w:rPr>
            </w:pPr>
            <w:r w:rsidRPr="008764BB">
              <w:rPr>
                <w:rFonts w:ascii="Arial" w:hAnsi="Arial" w:cs="Arial"/>
                <w:b/>
              </w:rPr>
              <w:t xml:space="preserve">Introduced – </w:t>
            </w:r>
          </w:p>
          <w:p w14:paraId="3BAE3577" w14:textId="2545EEF3" w:rsidR="008764BB" w:rsidRDefault="008764BB" w:rsidP="00662421">
            <w:pPr>
              <w:rPr>
                <w:rFonts w:ascii="Arial" w:hAnsi="Arial" w:cs="Arial"/>
              </w:rPr>
            </w:pPr>
          </w:p>
          <w:p w14:paraId="06EC9628" w14:textId="432AEE87" w:rsidR="008764BB" w:rsidRDefault="008764BB" w:rsidP="00662421">
            <w:pPr>
              <w:rPr>
                <w:rFonts w:ascii="Arial" w:hAnsi="Arial" w:cs="Arial"/>
              </w:rPr>
            </w:pPr>
            <w:r>
              <w:rPr>
                <w:rFonts w:ascii="Arial" w:hAnsi="Arial" w:cs="Arial"/>
              </w:rPr>
              <w:t xml:space="preserve">Social Media </w:t>
            </w:r>
          </w:p>
          <w:p w14:paraId="610D8AE1" w14:textId="2C5EFFB5" w:rsidR="008764BB" w:rsidRDefault="008764BB" w:rsidP="00662421">
            <w:pPr>
              <w:rPr>
                <w:rFonts w:ascii="Arial" w:hAnsi="Arial" w:cs="Arial"/>
              </w:rPr>
            </w:pPr>
            <w:r>
              <w:rPr>
                <w:rFonts w:ascii="Arial" w:hAnsi="Arial" w:cs="Arial"/>
              </w:rPr>
              <w:t xml:space="preserve">Engagement with local community groups </w:t>
            </w:r>
          </w:p>
          <w:p w14:paraId="53848524" w14:textId="50B8CC29" w:rsidR="008764BB" w:rsidRDefault="008764BB" w:rsidP="00662421">
            <w:pPr>
              <w:rPr>
                <w:rFonts w:ascii="Arial" w:hAnsi="Arial" w:cs="Arial"/>
              </w:rPr>
            </w:pPr>
            <w:r>
              <w:rPr>
                <w:rFonts w:ascii="Arial" w:hAnsi="Arial" w:cs="Arial"/>
              </w:rPr>
              <w:t>Support from local businesses and parents</w:t>
            </w:r>
          </w:p>
          <w:p w14:paraId="5C7D2659" w14:textId="3C31515F" w:rsidR="00FF0425" w:rsidRPr="005C20D0" w:rsidRDefault="00FF0425" w:rsidP="00662421">
            <w:pPr>
              <w:rPr>
                <w:rFonts w:ascii="Arial" w:hAnsi="Arial" w:cs="Arial"/>
              </w:rPr>
            </w:pPr>
            <w:r>
              <w:rPr>
                <w:rFonts w:ascii="Arial" w:hAnsi="Arial" w:cs="Arial"/>
              </w:rPr>
              <w:t>‘Roots to grow’ Forest school project commenced</w:t>
            </w:r>
          </w:p>
          <w:p w14:paraId="3DBD73E7" w14:textId="070B9160" w:rsidR="00662421" w:rsidRDefault="00662421" w:rsidP="003434C0">
            <w:pPr>
              <w:rPr>
                <w:rFonts w:ascii="Arial" w:hAnsi="Arial" w:cs="Arial"/>
                <w:b/>
                <w:bCs/>
                <w:sz w:val="24"/>
                <w:szCs w:val="24"/>
              </w:rPr>
            </w:pPr>
          </w:p>
          <w:p w14:paraId="61D4D375" w14:textId="53838AD3" w:rsidR="00662421" w:rsidRDefault="00662421" w:rsidP="003434C0">
            <w:pPr>
              <w:rPr>
                <w:rFonts w:ascii="Arial" w:hAnsi="Arial" w:cs="Arial"/>
                <w:b/>
                <w:bCs/>
                <w:sz w:val="24"/>
                <w:szCs w:val="24"/>
              </w:rPr>
            </w:pPr>
            <w:r>
              <w:rPr>
                <w:rFonts w:ascii="Arial" w:hAnsi="Arial" w:cs="Arial"/>
                <w:b/>
                <w:bCs/>
                <w:sz w:val="24"/>
                <w:szCs w:val="24"/>
              </w:rPr>
              <w:t xml:space="preserve">PTFA Sponsored for the school – </w:t>
            </w:r>
          </w:p>
          <w:p w14:paraId="3BE26C37" w14:textId="7871ACC5" w:rsidR="00662421" w:rsidRDefault="00662421" w:rsidP="003434C0">
            <w:pPr>
              <w:rPr>
                <w:rFonts w:ascii="Arial" w:hAnsi="Arial" w:cs="Arial"/>
                <w:b/>
                <w:bCs/>
                <w:sz w:val="24"/>
                <w:szCs w:val="24"/>
              </w:rPr>
            </w:pPr>
          </w:p>
          <w:p w14:paraId="3BFE05E4" w14:textId="311A508F" w:rsidR="00662421" w:rsidRDefault="008764BB" w:rsidP="003434C0">
            <w:pPr>
              <w:rPr>
                <w:rFonts w:ascii="Arial" w:hAnsi="Arial" w:cs="Arial"/>
                <w:bCs/>
                <w:sz w:val="24"/>
                <w:szCs w:val="24"/>
              </w:rPr>
            </w:pPr>
            <w:r w:rsidRPr="008764BB">
              <w:rPr>
                <w:rFonts w:ascii="Arial" w:hAnsi="Arial" w:cs="Arial"/>
                <w:bCs/>
                <w:sz w:val="24"/>
                <w:szCs w:val="24"/>
              </w:rPr>
              <w:t>Christmas Pantomime for the whole school.</w:t>
            </w:r>
          </w:p>
          <w:p w14:paraId="599142F5" w14:textId="6F927C7D" w:rsidR="008764BB" w:rsidRDefault="008764BB" w:rsidP="003434C0">
            <w:pPr>
              <w:rPr>
                <w:rFonts w:ascii="Arial" w:hAnsi="Arial" w:cs="Arial"/>
                <w:bCs/>
                <w:sz w:val="24"/>
                <w:szCs w:val="24"/>
              </w:rPr>
            </w:pPr>
            <w:r>
              <w:rPr>
                <w:rFonts w:ascii="Arial" w:hAnsi="Arial" w:cs="Arial"/>
                <w:bCs/>
                <w:sz w:val="24"/>
                <w:szCs w:val="24"/>
              </w:rPr>
              <w:t>Trip to the think tank fo</w:t>
            </w:r>
            <w:r w:rsidR="00AA69E4">
              <w:rPr>
                <w:rFonts w:ascii="Arial" w:hAnsi="Arial" w:cs="Arial"/>
                <w:bCs/>
                <w:sz w:val="24"/>
                <w:szCs w:val="24"/>
              </w:rPr>
              <w:t>r Years 4/5/6</w:t>
            </w:r>
          </w:p>
          <w:p w14:paraId="01985923" w14:textId="61CDFD84" w:rsidR="008764BB" w:rsidRDefault="008764BB" w:rsidP="003434C0">
            <w:pPr>
              <w:rPr>
                <w:rFonts w:ascii="Arial" w:hAnsi="Arial" w:cs="Arial"/>
                <w:bCs/>
                <w:sz w:val="24"/>
                <w:szCs w:val="24"/>
              </w:rPr>
            </w:pPr>
            <w:r>
              <w:rPr>
                <w:rFonts w:ascii="Arial" w:hAnsi="Arial" w:cs="Arial"/>
                <w:bCs/>
                <w:sz w:val="24"/>
                <w:szCs w:val="24"/>
              </w:rPr>
              <w:lastRenderedPageBreak/>
              <w:t xml:space="preserve">Trip for </w:t>
            </w:r>
            <w:r w:rsidR="00FF0425">
              <w:rPr>
                <w:rFonts w:ascii="Arial" w:hAnsi="Arial" w:cs="Arial"/>
                <w:bCs/>
                <w:sz w:val="24"/>
                <w:szCs w:val="24"/>
              </w:rPr>
              <w:t>Willow Class</w:t>
            </w:r>
            <w:r>
              <w:rPr>
                <w:rFonts w:ascii="Arial" w:hAnsi="Arial" w:cs="Arial"/>
                <w:bCs/>
                <w:sz w:val="24"/>
                <w:szCs w:val="24"/>
              </w:rPr>
              <w:t xml:space="preserve"> </w:t>
            </w:r>
            <w:r w:rsidR="00FF0425">
              <w:rPr>
                <w:rFonts w:ascii="Arial" w:hAnsi="Arial" w:cs="Arial"/>
                <w:bCs/>
                <w:sz w:val="24"/>
                <w:szCs w:val="24"/>
              </w:rPr>
              <w:t>t</w:t>
            </w:r>
            <w:r>
              <w:rPr>
                <w:rFonts w:ascii="Arial" w:hAnsi="Arial" w:cs="Arial"/>
                <w:bCs/>
                <w:sz w:val="24"/>
                <w:szCs w:val="24"/>
              </w:rPr>
              <w:t>o Wildlife Centre</w:t>
            </w:r>
          </w:p>
          <w:p w14:paraId="1CA64696" w14:textId="3683A58B" w:rsidR="008764BB" w:rsidRDefault="008764BB" w:rsidP="003434C0">
            <w:pPr>
              <w:rPr>
                <w:rFonts w:ascii="Arial" w:hAnsi="Arial" w:cs="Arial"/>
                <w:bCs/>
                <w:sz w:val="24"/>
                <w:szCs w:val="24"/>
              </w:rPr>
            </w:pPr>
            <w:r>
              <w:rPr>
                <w:rFonts w:ascii="Arial" w:hAnsi="Arial" w:cs="Arial"/>
                <w:bCs/>
                <w:sz w:val="24"/>
                <w:szCs w:val="24"/>
              </w:rPr>
              <w:t>Leaving gifts for Year 6</w:t>
            </w:r>
          </w:p>
          <w:p w14:paraId="7372913F" w14:textId="26495945" w:rsidR="00FF0425" w:rsidRPr="008764BB" w:rsidRDefault="00FF0425" w:rsidP="003434C0">
            <w:pPr>
              <w:rPr>
                <w:rFonts w:ascii="Arial" w:hAnsi="Arial" w:cs="Arial"/>
                <w:bCs/>
                <w:sz w:val="24"/>
                <w:szCs w:val="24"/>
              </w:rPr>
            </w:pPr>
            <w:r>
              <w:rPr>
                <w:rFonts w:ascii="Arial" w:hAnsi="Arial" w:cs="Arial"/>
                <w:bCs/>
                <w:sz w:val="24"/>
                <w:szCs w:val="24"/>
              </w:rPr>
              <w:t>New Starter presents</w:t>
            </w:r>
          </w:p>
          <w:p w14:paraId="504D3361" w14:textId="77777777" w:rsidR="008764BB" w:rsidRDefault="008764BB" w:rsidP="003434C0">
            <w:pPr>
              <w:rPr>
                <w:rFonts w:ascii="Arial" w:hAnsi="Arial" w:cs="Arial"/>
                <w:b/>
                <w:bCs/>
                <w:sz w:val="24"/>
                <w:szCs w:val="24"/>
              </w:rPr>
            </w:pPr>
          </w:p>
          <w:p w14:paraId="3DB8FDA3" w14:textId="77777777" w:rsidR="000D1FBD" w:rsidRDefault="000D1FBD" w:rsidP="003434C0">
            <w:pPr>
              <w:rPr>
                <w:rFonts w:ascii="Arial" w:hAnsi="Arial" w:cs="Arial"/>
                <w:b/>
                <w:bCs/>
                <w:sz w:val="24"/>
                <w:szCs w:val="24"/>
              </w:rPr>
            </w:pPr>
          </w:p>
          <w:p w14:paraId="3022F623" w14:textId="1AA16C00" w:rsidR="000D1FBD" w:rsidRPr="00DF0631" w:rsidRDefault="000D1FBD" w:rsidP="003434C0">
            <w:pPr>
              <w:rPr>
                <w:rFonts w:ascii="Arial" w:hAnsi="Arial" w:cs="Arial"/>
                <w:b/>
                <w:bCs/>
                <w:sz w:val="24"/>
                <w:szCs w:val="24"/>
              </w:rPr>
            </w:pPr>
          </w:p>
        </w:tc>
      </w:tr>
      <w:tr w:rsidR="000D1FBD" w:rsidRPr="00DF0631" w14:paraId="7E934F45" w14:textId="77777777" w:rsidTr="00AE797B">
        <w:tc>
          <w:tcPr>
            <w:tcW w:w="1270" w:type="dxa"/>
          </w:tcPr>
          <w:p w14:paraId="639F1EB5" w14:textId="3E132543" w:rsidR="000D1FBD" w:rsidRPr="00DF0631" w:rsidRDefault="006F54BB" w:rsidP="003434C0">
            <w:pPr>
              <w:jc w:val="center"/>
              <w:rPr>
                <w:rFonts w:ascii="Arial" w:hAnsi="Arial" w:cs="Arial"/>
                <w:b/>
                <w:bCs/>
                <w:sz w:val="24"/>
                <w:szCs w:val="24"/>
              </w:rPr>
            </w:pPr>
            <w:r>
              <w:rPr>
                <w:rFonts w:ascii="Arial" w:hAnsi="Arial" w:cs="Arial"/>
                <w:b/>
                <w:bCs/>
                <w:sz w:val="24"/>
                <w:szCs w:val="24"/>
              </w:rPr>
              <w:lastRenderedPageBreak/>
              <w:t>1</w:t>
            </w:r>
            <w:r w:rsidR="00873438">
              <w:rPr>
                <w:rFonts w:ascii="Arial" w:hAnsi="Arial" w:cs="Arial"/>
                <w:b/>
                <w:bCs/>
                <w:sz w:val="24"/>
                <w:szCs w:val="24"/>
              </w:rPr>
              <w:t>4</w:t>
            </w:r>
            <w:r>
              <w:rPr>
                <w:rFonts w:ascii="Arial" w:hAnsi="Arial" w:cs="Arial"/>
                <w:b/>
                <w:bCs/>
                <w:sz w:val="24"/>
                <w:szCs w:val="24"/>
              </w:rPr>
              <w:t>.</w:t>
            </w:r>
          </w:p>
        </w:tc>
        <w:tc>
          <w:tcPr>
            <w:tcW w:w="8937" w:type="dxa"/>
          </w:tcPr>
          <w:p w14:paraId="3E81EC7F" w14:textId="438DFB73" w:rsidR="000D1FBD" w:rsidRDefault="000D1FBD" w:rsidP="003434C0">
            <w:pPr>
              <w:rPr>
                <w:rFonts w:ascii="Arial" w:hAnsi="Arial" w:cs="Arial"/>
                <w:b/>
                <w:bCs/>
                <w:sz w:val="24"/>
                <w:szCs w:val="24"/>
              </w:rPr>
            </w:pPr>
            <w:r>
              <w:rPr>
                <w:rFonts w:ascii="Arial" w:hAnsi="Arial" w:cs="Arial"/>
                <w:b/>
                <w:bCs/>
                <w:sz w:val="24"/>
                <w:szCs w:val="24"/>
              </w:rPr>
              <w:t xml:space="preserve">AOB – </w:t>
            </w:r>
          </w:p>
          <w:p w14:paraId="0F7781E0" w14:textId="72CCEEE2" w:rsidR="000D1FBD" w:rsidRDefault="000D1FBD" w:rsidP="003434C0">
            <w:pPr>
              <w:rPr>
                <w:rFonts w:ascii="Arial" w:hAnsi="Arial" w:cs="Arial"/>
                <w:b/>
                <w:bCs/>
                <w:sz w:val="24"/>
                <w:szCs w:val="24"/>
              </w:rPr>
            </w:pPr>
          </w:p>
          <w:p w14:paraId="3AF54937" w14:textId="05FF16FC" w:rsidR="00E65038" w:rsidRPr="00975E8D" w:rsidRDefault="00975E8D" w:rsidP="003434C0">
            <w:pPr>
              <w:rPr>
                <w:rFonts w:ascii="Arial" w:hAnsi="Arial" w:cs="Arial"/>
                <w:bCs/>
                <w:sz w:val="24"/>
                <w:szCs w:val="24"/>
              </w:rPr>
            </w:pPr>
            <w:r w:rsidRPr="00975E8D">
              <w:rPr>
                <w:rFonts w:ascii="Arial" w:hAnsi="Arial" w:cs="Arial"/>
                <w:bCs/>
                <w:sz w:val="24"/>
                <w:szCs w:val="24"/>
              </w:rPr>
              <w:t xml:space="preserve">We have </w:t>
            </w:r>
            <w:r w:rsidR="00E65038" w:rsidRPr="00975E8D">
              <w:rPr>
                <w:rFonts w:ascii="Arial" w:hAnsi="Arial" w:cs="Arial"/>
                <w:bCs/>
                <w:sz w:val="24"/>
                <w:szCs w:val="24"/>
              </w:rPr>
              <w:t>48 followers on social Media!!!!!!!!!!!</w:t>
            </w:r>
          </w:p>
          <w:p w14:paraId="6A69F971" w14:textId="38F44E95" w:rsidR="000D1FBD" w:rsidRPr="00DF0631" w:rsidRDefault="000D1FBD" w:rsidP="003434C0">
            <w:pPr>
              <w:rPr>
                <w:rFonts w:ascii="Arial" w:hAnsi="Arial" w:cs="Arial"/>
                <w:b/>
                <w:bCs/>
                <w:sz w:val="24"/>
                <w:szCs w:val="24"/>
              </w:rPr>
            </w:pPr>
          </w:p>
        </w:tc>
      </w:tr>
      <w:tr w:rsidR="003434C0" w:rsidRPr="00DF0631" w14:paraId="1E6CBF78" w14:textId="77777777" w:rsidTr="00AE797B">
        <w:tc>
          <w:tcPr>
            <w:tcW w:w="1270" w:type="dxa"/>
          </w:tcPr>
          <w:p w14:paraId="394EFC98" w14:textId="4F1D5F58" w:rsidR="003434C0" w:rsidRPr="00DF0631" w:rsidRDefault="003434C0" w:rsidP="003434C0">
            <w:pPr>
              <w:jc w:val="center"/>
              <w:rPr>
                <w:rFonts w:ascii="Arial" w:hAnsi="Arial" w:cs="Arial"/>
                <w:b/>
                <w:bCs/>
                <w:sz w:val="24"/>
                <w:szCs w:val="24"/>
              </w:rPr>
            </w:pPr>
            <w:r w:rsidRPr="00DF0631">
              <w:rPr>
                <w:rFonts w:ascii="Arial" w:hAnsi="Arial" w:cs="Arial"/>
                <w:b/>
                <w:bCs/>
                <w:sz w:val="24"/>
                <w:szCs w:val="24"/>
              </w:rPr>
              <w:t>1</w:t>
            </w:r>
            <w:r w:rsidR="00873438">
              <w:rPr>
                <w:rFonts w:ascii="Arial" w:hAnsi="Arial" w:cs="Arial"/>
                <w:b/>
                <w:bCs/>
                <w:sz w:val="24"/>
                <w:szCs w:val="24"/>
              </w:rPr>
              <w:t>5</w:t>
            </w:r>
            <w:r w:rsidR="006F54BB">
              <w:rPr>
                <w:rFonts w:ascii="Arial" w:hAnsi="Arial" w:cs="Arial"/>
                <w:b/>
                <w:bCs/>
                <w:sz w:val="24"/>
                <w:szCs w:val="24"/>
              </w:rPr>
              <w:t>.</w:t>
            </w:r>
          </w:p>
        </w:tc>
        <w:tc>
          <w:tcPr>
            <w:tcW w:w="8937" w:type="dxa"/>
          </w:tcPr>
          <w:p w14:paraId="2A1ABCB0" w14:textId="04B8FFFF" w:rsidR="003434C0" w:rsidRPr="00DF0631" w:rsidRDefault="003434C0" w:rsidP="003434C0">
            <w:pPr>
              <w:rPr>
                <w:rFonts w:ascii="Arial" w:hAnsi="Arial" w:cs="Arial"/>
                <w:b/>
                <w:bCs/>
                <w:sz w:val="24"/>
                <w:szCs w:val="24"/>
              </w:rPr>
            </w:pPr>
            <w:r w:rsidRPr="00DF0631">
              <w:rPr>
                <w:rFonts w:ascii="Arial" w:hAnsi="Arial" w:cs="Arial"/>
                <w:b/>
                <w:bCs/>
                <w:sz w:val="24"/>
                <w:szCs w:val="24"/>
              </w:rPr>
              <w:t>Roll over actions of note –</w:t>
            </w:r>
          </w:p>
          <w:p w14:paraId="2D6C9800" w14:textId="77777777" w:rsidR="003434C0" w:rsidRPr="00DF0631" w:rsidRDefault="003434C0" w:rsidP="003434C0">
            <w:pPr>
              <w:rPr>
                <w:rFonts w:ascii="Arial" w:hAnsi="Arial" w:cs="Arial"/>
                <w:b/>
                <w:bCs/>
                <w:sz w:val="24"/>
                <w:szCs w:val="24"/>
              </w:rPr>
            </w:pPr>
          </w:p>
          <w:p w14:paraId="43DCD2BF" w14:textId="77777777" w:rsidR="00C27E7D" w:rsidRPr="00DF0631" w:rsidRDefault="00C27E7D" w:rsidP="00C27E7D">
            <w:pPr>
              <w:pStyle w:val="ListParagraph"/>
              <w:numPr>
                <w:ilvl w:val="0"/>
                <w:numId w:val="22"/>
              </w:numPr>
              <w:rPr>
                <w:rFonts w:ascii="Arial" w:hAnsi="Arial" w:cs="Arial"/>
                <w:sz w:val="24"/>
                <w:szCs w:val="24"/>
              </w:rPr>
            </w:pPr>
            <w:r w:rsidRPr="00C27E7D">
              <w:rPr>
                <w:rFonts w:ascii="Arial" w:hAnsi="Arial" w:cs="Arial"/>
                <w:b/>
                <w:sz w:val="24"/>
                <w:szCs w:val="24"/>
              </w:rPr>
              <w:t>Football kit</w:t>
            </w:r>
            <w:r w:rsidRPr="00244E0D">
              <w:rPr>
                <w:rFonts w:ascii="Arial" w:hAnsi="Arial" w:cs="Arial"/>
                <w:bCs/>
                <w:i/>
                <w:sz w:val="24"/>
                <w:szCs w:val="24"/>
              </w:rPr>
              <w:t xml:space="preserve"> –</w:t>
            </w:r>
            <w:r w:rsidRPr="00DF0631">
              <w:rPr>
                <w:rFonts w:ascii="Arial" w:hAnsi="Arial" w:cs="Arial"/>
                <w:i/>
                <w:sz w:val="24"/>
                <w:szCs w:val="24"/>
              </w:rPr>
              <w:t xml:space="preserve"> </w:t>
            </w:r>
            <w:r w:rsidRPr="00DF0631">
              <w:rPr>
                <w:rFonts w:ascii="Arial" w:hAnsi="Arial" w:cs="Arial"/>
                <w:sz w:val="24"/>
                <w:szCs w:val="24"/>
              </w:rPr>
              <w:t xml:space="preserve">Miss De Ste Croix to look at options of sponsoring kit with contacts we have already, also to liaise/ speak to Business manager ref T’s and </w:t>
            </w:r>
            <w:proofErr w:type="gramStart"/>
            <w:r w:rsidRPr="00DF0631">
              <w:rPr>
                <w:rFonts w:ascii="Arial" w:hAnsi="Arial" w:cs="Arial"/>
                <w:sz w:val="24"/>
                <w:szCs w:val="24"/>
              </w:rPr>
              <w:t>C’s</w:t>
            </w:r>
            <w:proofErr w:type="gramEnd"/>
            <w:r w:rsidRPr="00DF0631">
              <w:rPr>
                <w:rFonts w:ascii="Arial" w:hAnsi="Arial" w:cs="Arial"/>
                <w:sz w:val="24"/>
                <w:szCs w:val="24"/>
              </w:rPr>
              <w:t xml:space="preserve">. ***** </w:t>
            </w:r>
            <w:r>
              <w:rPr>
                <w:rFonts w:ascii="Arial" w:hAnsi="Arial" w:cs="Arial"/>
                <w:sz w:val="24"/>
                <w:szCs w:val="24"/>
              </w:rPr>
              <w:t>Upd</w:t>
            </w:r>
            <w:r w:rsidRPr="00DF0631">
              <w:rPr>
                <w:rFonts w:ascii="Arial" w:hAnsi="Arial" w:cs="Arial"/>
                <w:sz w:val="24"/>
                <w:szCs w:val="24"/>
              </w:rPr>
              <w:t xml:space="preserve">ate </w:t>
            </w:r>
            <w:r>
              <w:rPr>
                <w:rFonts w:ascii="Arial" w:hAnsi="Arial" w:cs="Arial"/>
                <w:sz w:val="24"/>
                <w:szCs w:val="24"/>
              </w:rPr>
              <w:t xml:space="preserve">- </w:t>
            </w:r>
            <w:proofErr w:type="spellStart"/>
            <w:r>
              <w:rPr>
                <w:rFonts w:ascii="Arial" w:hAnsi="Arial" w:cs="Arial"/>
                <w:sz w:val="24"/>
                <w:szCs w:val="24"/>
              </w:rPr>
              <w:t>Mrs</w:t>
            </w:r>
            <w:proofErr w:type="spellEnd"/>
            <w:r w:rsidRPr="00DF0631">
              <w:rPr>
                <w:rFonts w:ascii="Arial" w:hAnsi="Arial" w:cs="Arial"/>
                <w:sz w:val="24"/>
                <w:szCs w:val="24"/>
              </w:rPr>
              <w:t xml:space="preserve"> Brown won a kit!</w:t>
            </w:r>
            <w:r>
              <w:rPr>
                <w:rFonts w:ascii="Arial" w:hAnsi="Arial" w:cs="Arial"/>
                <w:sz w:val="24"/>
                <w:szCs w:val="24"/>
              </w:rPr>
              <w:t xml:space="preserve"> Good quality but no numbers / no Colwich badge on.  LP to cost adding logo/numbers. </w:t>
            </w:r>
          </w:p>
          <w:p w14:paraId="3D76ECD1" w14:textId="77777777" w:rsidR="003434C0" w:rsidRPr="00DF0631" w:rsidRDefault="003434C0" w:rsidP="003434C0">
            <w:pPr>
              <w:rPr>
                <w:rFonts w:ascii="Arial" w:hAnsi="Arial" w:cs="Arial"/>
                <w:b/>
                <w:sz w:val="24"/>
                <w:szCs w:val="24"/>
              </w:rPr>
            </w:pPr>
          </w:p>
          <w:p w14:paraId="31D544A0" w14:textId="63194C9C" w:rsidR="003434C0" w:rsidRPr="00DF0631" w:rsidRDefault="00975E8D" w:rsidP="000D1FBD">
            <w:pPr>
              <w:pStyle w:val="ListParagraph"/>
              <w:numPr>
                <w:ilvl w:val="0"/>
                <w:numId w:val="21"/>
              </w:numPr>
              <w:rPr>
                <w:rFonts w:ascii="Arial" w:hAnsi="Arial" w:cs="Arial"/>
                <w:i/>
                <w:sz w:val="24"/>
                <w:szCs w:val="24"/>
              </w:rPr>
            </w:pPr>
            <w:r w:rsidRPr="00975E8D">
              <w:rPr>
                <w:rFonts w:ascii="Arial" w:hAnsi="Arial" w:cs="Arial"/>
                <w:b/>
                <w:sz w:val="24"/>
                <w:szCs w:val="24"/>
              </w:rPr>
              <w:t>Tiered funding -</w:t>
            </w:r>
            <w:r>
              <w:rPr>
                <w:rFonts w:ascii="Arial" w:hAnsi="Arial" w:cs="Arial"/>
                <w:sz w:val="24"/>
                <w:szCs w:val="24"/>
              </w:rPr>
              <w:t xml:space="preserve"> </w:t>
            </w:r>
            <w:r w:rsidR="003434C0" w:rsidRPr="00DF0631">
              <w:rPr>
                <w:rFonts w:ascii="Arial" w:hAnsi="Arial" w:cs="Arial"/>
                <w:sz w:val="24"/>
                <w:szCs w:val="24"/>
              </w:rPr>
              <w:t>Look at tiered funding, due diligence form for sponsorship discussed, ways of advertising on the notice board, social media and events</w:t>
            </w:r>
            <w:r w:rsidR="003434C0" w:rsidRPr="00DF0631">
              <w:rPr>
                <w:rFonts w:ascii="Arial" w:hAnsi="Arial" w:cs="Arial"/>
                <w:i/>
                <w:sz w:val="24"/>
                <w:szCs w:val="24"/>
              </w:rPr>
              <w:t xml:space="preserve">. </w:t>
            </w:r>
          </w:p>
          <w:p w14:paraId="6463D5CA" w14:textId="77777777" w:rsidR="003434C0" w:rsidRPr="00DF0631" w:rsidRDefault="003434C0" w:rsidP="003434C0">
            <w:pPr>
              <w:rPr>
                <w:rFonts w:ascii="Arial" w:hAnsi="Arial" w:cs="Arial"/>
                <w:bCs/>
                <w:sz w:val="24"/>
                <w:szCs w:val="24"/>
              </w:rPr>
            </w:pPr>
          </w:p>
          <w:p w14:paraId="39308329" w14:textId="1EEDB97C" w:rsidR="003434C0" w:rsidRPr="00DF0631" w:rsidRDefault="003434C0" w:rsidP="000D1FBD">
            <w:pPr>
              <w:pStyle w:val="ListParagraph"/>
              <w:numPr>
                <w:ilvl w:val="0"/>
                <w:numId w:val="21"/>
              </w:numPr>
              <w:rPr>
                <w:rFonts w:ascii="Arial" w:hAnsi="Arial" w:cs="Arial"/>
                <w:bCs/>
                <w:sz w:val="24"/>
                <w:szCs w:val="24"/>
              </w:rPr>
            </w:pPr>
            <w:r w:rsidRPr="00DF0631">
              <w:rPr>
                <w:rFonts w:ascii="Arial" w:hAnsi="Arial" w:cs="Arial"/>
                <w:b/>
                <w:bCs/>
                <w:sz w:val="24"/>
                <w:szCs w:val="24"/>
              </w:rPr>
              <w:t>Match funding</w:t>
            </w:r>
            <w:r w:rsidRPr="00DF0631">
              <w:rPr>
                <w:rFonts w:ascii="Arial" w:hAnsi="Arial" w:cs="Arial"/>
                <w:bCs/>
                <w:sz w:val="24"/>
                <w:szCs w:val="24"/>
              </w:rPr>
              <w:t xml:space="preserve"> from banks and business companies, roll over task – ask companies for match funding. LC</w:t>
            </w:r>
          </w:p>
          <w:p w14:paraId="2805739A" w14:textId="77777777" w:rsidR="003434C0" w:rsidRPr="00DF0631" w:rsidRDefault="003434C0" w:rsidP="003434C0">
            <w:pPr>
              <w:pStyle w:val="ListParagraph"/>
              <w:rPr>
                <w:rFonts w:ascii="Arial" w:hAnsi="Arial" w:cs="Arial"/>
                <w:bCs/>
                <w:sz w:val="24"/>
                <w:szCs w:val="24"/>
              </w:rPr>
            </w:pPr>
          </w:p>
          <w:p w14:paraId="117B8578" w14:textId="3901724F" w:rsidR="003434C0" w:rsidRPr="00DF0631" w:rsidRDefault="003434C0" w:rsidP="000D1FBD">
            <w:pPr>
              <w:pStyle w:val="ListParagraph"/>
              <w:numPr>
                <w:ilvl w:val="0"/>
                <w:numId w:val="21"/>
              </w:numPr>
              <w:rPr>
                <w:rFonts w:ascii="Arial" w:hAnsi="Arial" w:cs="Arial"/>
                <w:bCs/>
                <w:sz w:val="24"/>
                <w:szCs w:val="24"/>
              </w:rPr>
            </w:pPr>
            <w:r w:rsidRPr="00DF0631">
              <w:rPr>
                <w:rFonts w:ascii="Arial" w:hAnsi="Arial" w:cs="Arial"/>
                <w:b/>
                <w:bCs/>
                <w:sz w:val="24"/>
                <w:szCs w:val="24"/>
              </w:rPr>
              <w:t xml:space="preserve">Colwich after school club – </w:t>
            </w:r>
            <w:r w:rsidRPr="00DF0631">
              <w:rPr>
                <w:rFonts w:ascii="Arial" w:hAnsi="Arial" w:cs="Arial"/>
                <w:bCs/>
                <w:sz w:val="24"/>
                <w:szCs w:val="24"/>
              </w:rPr>
              <w:t>Keep the club updated on upcoming events and LP will do this from the school perspective also</w:t>
            </w:r>
            <w:r w:rsidR="00975E8D">
              <w:rPr>
                <w:rFonts w:ascii="Arial" w:hAnsi="Arial" w:cs="Arial"/>
                <w:bCs/>
                <w:sz w:val="24"/>
                <w:szCs w:val="24"/>
              </w:rPr>
              <w:t>, to keep refreshing, come off next minutes as in hand</w:t>
            </w:r>
          </w:p>
          <w:p w14:paraId="0C13E67A" w14:textId="77777777" w:rsidR="003434C0" w:rsidRPr="00DF0631" w:rsidRDefault="003434C0" w:rsidP="003434C0">
            <w:pPr>
              <w:pStyle w:val="ListParagraph"/>
              <w:rPr>
                <w:rFonts w:ascii="Arial" w:hAnsi="Arial" w:cs="Arial"/>
                <w:bCs/>
                <w:sz w:val="24"/>
                <w:szCs w:val="24"/>
              </w:rPr>
            </w:pPr>
          </w:p>
          <w:p w14:paraId="3D0EF75A" w14:textId="58150CF7" w:rsidR="003434C0" w:rsidRDefault="003434C0" w:rsidP="000D1FBD">
            <w:pPr>
              <w:pStyle w:val="ListParagraph"/>
              <w:numPr>
                <w:ilvl w:val="0"/>
                <w:numId w:val="21"/>
              </w:numPr>
              <w:rPr>
                <w:rFonts w:ascii="Arial" w:hAnsi="Arial" w:cs="Arial"/>
                <w:sz w:val="24"/>
                <w:szCs w:val="24"/>
              </w:rPr>
            </w:pPr>
            <w:r w:rsidRPr="00DF0631">
              <w:rPr>
                <w:rFonts w:ascii="Arial" w:hAnsi="Arial" w:cs="Arial"/>
                <w:b/>
                <w:bCs/>
                <w:sz w:val="24"/>
                <w:szCs w:val="24"/>
              </w:rPr>
              <w:t xml:space="preserve">Rolling action - </w:t>
            </w:r>
            <w:r w:rsidRPr="00DF0631">
              <w:rPr>
                <w:rFonts w:ascii="Arial" w:hAnsi="Arial" w:cs="Arial"/>
                <w:sz w:val="24"/>
                <w:szCs w:val="24"/>
              </w:rPr>
              <w:t xml:space="preserve">New </w:t>
            </w:r>
            <w:r w:rsidR="00975E8D">
              <w:rPr>
                <w:rFonts w:ascii="Arial" w:hAnsi="Arial" w:cs="Arial"/>
                <w:sz w:val="24"/>
                <w:szCs w:val="24"/>
              </w:rPr>
              <w:t>V</w:t>
            </w:r>
            <w:r w:rsidRPr="00DF0631">
              <w:rPr>
                <w:rFonts w:ascii="Arial" w:hAnsi="Arial" w:cs="Arial"/>
                <w:sz w:val="24"/>
                <w:szCs w:val="24"/>
              </w:rPr>
              <w:t>ic theatre – do specific theatre for schools each year for KS2, tickets come out in the summer and sell out quickly but we would be able to gauge number by the summer and book ahead.</w:t>
            </w:r>
          </w:p>
          <w:p w14:paraId="60D27A5B" w14:textId="77777777" w:rsidR="00FA11D3" w:rsidRPr="00FA11D3" w:rsidRDefault="00FA11D3" w:rsidP="00FA11D3">
            <w:pPr>
              <w:pStyle w:val="ListParagraph"/>
              <w:rPr>
                <w:rFonts w:ascii="Arial" w:hAnsi="Arial" w:cs="Arial"/>
                <w:sz w:val="24"/>
                <w:szCs w:val="24"/>
              </w:rPr>
            </w:pPr>
          </w:p>
          <w:p w14:paraId="5DA6BDF6" w14:textId="0A11F523" w:rsidR="00FA11D3" w:rsidRPr="00DF0631" w:rsidRDefault="00FA11D3" w:rsidP="00FA11D3">
            <w:pPr>
              <w:pStyle w:val="ListParagraph"/>
              <w:rPr>
                <w:rFonts w:ascii="Arial" w:hAnsi="Arial" w:cs="Arial"/>
                <w:sz w:val="24"/>
                <w:szCs w:val="24"/>
              </w:rPr>
            </w:pPr>
            <w:r>
              <w:rPr>
                <w:rFonts w:ascii="Arial" w:hAnsi="Arial" w:cs="Arial"/>
                <w:sz w:val="24"/>
                <w:szCs w:val="24"/>
              </w:rPr>
              <w:t xml:space="preserve">Last two weeks of school not a Friday to the Borrowers, </w:t>
            </w:r>
            <w:proofErr w:type="spellStart"/>
            <w:r>
              <w:rPr>
                <w:rFonts w:ascii="Arial" w:hAnsi="Arial" w:cs="Arial"/>
                <w:sz w:val="24"/>
                <w:szCs w:val="24"/>
              </w:rPr>
              <w:t>xmas</w:t>
            </w:r>
            <w:proofErr w:type="spellEnd"/>
            <w:r>
              <w:rPr>
                <w:rFonts w:ascii="Arial" w:hAnsi="Arial" w:cs="Arial"/>
                <w:sz w:val="24"/>
                <w:szCs w:val="24"/>
              </w:rPr>
              <w:t xml:space="preserve"> show, 65 children at £15.00</w:t>
            </w:r>
            <w:r w:rsidR="00975E8D">
              <w:rPr>
                <w:rFonts w:ascii="Arial" w:hAnsi="Arial" w:cs="Arial"/>
                <w:sz w:val="24"/>
                <w:szCs w:val="24"/>
              </w:rPr>
              <w:t>. To discuss with the school as quite pricey with transport also considering forest school budget. Could consider Christmas activated at the school instead?</w:t>
            </w:r>
          </w:p>
          <w:p w14:paraId="0234088C" w14:textId="77777777" w:rsidR="003434C0" w:rsidRPr="00DF0631" w:rsidRDefault="003434C0" w:rsidP="003434C0">
            <w:pPr>
              <w:rPr>
                <w:rFonts w:ascii="Arial" w:hAnsi="Arial" w:cs="Arial"/>
                <w:i/>
                <w:sz w:val="24"/>
                <w:szCs w:val="24"/>
              </w:rPr>
            </w:pPr>
          </w:p>
          <w:p w14:paraId="42E23813" w14:textId="13FAC5DB" w:rsidR="003434C0" w:rsidRPr="006F54BB" w:rsidRDefault="003434C0" w:rsidP="000D1FBD">
            <w:pPr>
              <w:pStyle w:val="ListParagraph"/>
              <w:numPr>
                <w:ilvl w:val="0"/>
                <w:numId w:val="21"/>
              </w:numPr>
              <w:rPr>
                <w:rFonts w:ascii="Arial" w:hAnsi="Arial" w:cs="Arial"/>
                <w:sz w:val="24"/>
                <w:szCs w:val="24"/>
              </w:rPr>
            </w:pPr>
            <w:r w:rsidRPr="006F54BB">
              <w:rPr>
                <w:rFonts w:ascii="Arial" w:hAnsi="Arial" w:cs="Arial"/>
                <w:b/>
                <w:sz w:val="24"/>
                <w:szCs w:val="24"/>
              </w:rPr>
              <w:t>KS1 Farm/ Santa another experience</w:t>
            </w:r>
            <w:r w:rsidRPr="006F54BB">
              <w:rPr>
                <w:rFonts w:ascii="Arial" w:hAnsi="Arial" w:cs="Arial"/>
                <w:sz w:val="24"/>
                <w:szCs w:val="24"/>
              </w:rPr>
              <w:t xml:space="preserve">- research into </w:t>
            </w:r>
            <w:proofErr w:type="spellStart"/>
            <w:r w:rsidRPr="006F54BB">
              <w:rPr>
                <w:rFonts w:ascii="Arial" w:hAnsi="Arial" w:cs="Arial"/>
                <w:sz w:val="24"/>
                <w:szCs w:val="24"/>
              </w:rPr>
              <w:t>xmas</w:t>
            </w:r>
            <w:proofErr w:type="spellEnd"/>
            <w:r w:rsidRPr="006F54BB">
              <w:rPr>
                <w:rFonts w:ascii="Arial" w:hAnsi="Arial" w:cs="Arial"/>
                <w:sz w:val="24"/>
                <w:szCs w:val="24"/>
              </w:rPr>
              <w:t xml:space="preserve"> experiences and expense later in the year. </w:t>
            </w:r>
          </w:p>
          <w:p w14:paraId="70328234" w14:textId="77777777" w:rsidR="000D1FBD" w:rsidRPr="006F54BB" w:rsidRDefault="000D1FBD" w:rsidP="000D1FBD">
            <w:pPr>
              <w:rPr>
                <w:rFonts w:ascii="Arial" w:hAnsi="Arial" w:cs="Arial"/>
                <w:sz w:val="24"/>
                <w:szCs w:val="24"/>
              </w:rPr>
            </w:pPr>
          </w:p>
          <w:p w14:paraId="50E7B8E1" w14:textId="31C26B07" w:rsidR="003434C0" w:rsidRPr="00AA1DA5" w:rsidRDefault="00975E8D" w:rsidP="00AA1DA5">
            <w:pPr>
              <w:pStyle w:val="ListParagraph"/>
              <w:numPr>
                <w:ilvl w:val="0"/>
                <w:numId w:val="21"/>
              </w:numPr>
              <w:rPr>
                <w:rFonts w:ascii="Arial" w:hAnsi="Arial" w:cs="Arial"/>
                <w:b/>
                <w:bCs/>
                <w:sz w:val="24"/>
                <w:szCs w:val="24"/>
              </w:rPr>
            </w:pPr>
            <w:r>
              <w:rPr>
                <w:rFonts w:ascii="Arial" w:hAnsi="Arial" w:cs="Arial"/>
                <w:b/>
                <w:bCs/>
                <w:sz w:val="24"/>
                <w:szCs w:val="24"/>
              </w:rPr>
              <w:lastRenderedPageBreak/>
              <w:t xml:space="preserve">MAT Collaboration </w:t>
            </w:r>
            <w:proofErr w:type="gramStart"/>
            <w:r>
              <w:rPr>
                <w:rFonts w:ascii="Arial" w:hAnsi="Arial" w:cs="Arial"/>
                <w:b/>
                <w:bCs/>
                <w:sz w:val="24"/>
                <w:szCs w:val="24"/>
              </w:rPr>
              <w:t xml:space="preserve">- </w:t>
            </w:r>
            <w:r w:rsidR="003434C0" w:rsidRPr="006F54BB">
              <w:rPr>
                <w:rFonts w:ascii="Arial" w:hAnsi="Arial" w:cs="Arial"/>
                <w:b/>
                <w:bCs/>
                <w:sz w:val="24"/>
                <w:szCs w:val="24"/>
              </w:rPr>
              <w:t xml:space="preserve"> </w:t>
            </w:r>
            <w:r w:rsidR="007D0AC3" w:rsidRPr="00244E0D">
              <w:rPr>
                <w:rFonts w:ascii="Arial" w:hAnsi="Arial" w:cs="Arial"/>
                <w:sz w:val="24"/>
                <w:szCs w:val="24"/>
              </w:rPr>
              <w:t>LP</w:t>
            </w:r>
            <w:proofErr w:type="gramEnd"/>
            <w:r w:rsidR="007D0AC3" w:rsidRPr="00244E0D">
              <w:rPr>
                <w:rFonts w:ascii="Arial" w:hAnsi="Arial" w:cs="Arial"/>
                <w:sz w:val="24"/>
                <w:szCs w:val="24"/>
              </w:rPr>
              <w:t xml:space="preserve"> looking at date in new year (Sept/Oct 26) for </w:t>
            </w:r>
            <w:r w:rsidR="007D0AC3">
              <w:rPr>
                <w:rFonts w:ascii="Arial" w:hAnsi="Arial" w:cs="Arial"/>
                <w:sz w:val="24"/>
                <w:szCs w:val="24"/>
              </w:rPr>
              <w:t>Colwich</w:t>
            </w:r>
            <w:r w:rsidR="007D0AC3" w:rsidRPr="00244E0D">
              <w:rPr>
                <w:rFonts w:ascii="Arial" w:hAnsi="Arial" w:cs="Arial"/>
                <w:sz w:val="24"/>
                <w:szCs w:val="24"/>
              </w:rPr>
              <w:t xml:space="preserve">, St Peter’s and St Andrew’s PTFAs to meet up.  Poss collaboration. </w:t>
            </w:r>
            <w:r w:rsidR="007D0AC3" w:rsidRPr="00244E0D">
              <w:rPr>
                <w:rFonts w:ascii="Arial" w:hAnsi="Arial" w:cs="Arial"/>
                <w:bCs/>
                <w:i/>
                <w:sz w:val="24"/>
                <w:szCs w:val="24"/>
              </w:rPr>
              <w:t>GN suggested one big bounce</w:t>
            </w:r>
            <w:r w:rsidR="007D0AC3">
              <w:rPr>
                <w:rFonts w:ascii="Arial" w:hAnsi="Arial" w:cs="Arial"/>
                <w:bCs/>
                <w:i/>
                <w:sz w:val="24"/>
                <w:szCs w:val="24"/>
              </w:rPr>
              <w:t>.</w:t>
            </w:r>
          </w:p>
          <w:p w14:paraId="083F1F1F" w14:textId="77777777" w:rsidR="000D1FBD" w:rsidRPr="000D1FBD" w:rsidRDefault="000D1FBD" w:rsidP="000D1FBD">
            <w:pPr>
              <w:rPr>
                <w:rFonts w:ascii="Arial" w:hAnsi="Arial" w:cs="Arial"/>
                <w:b/>
                <w:bCs/>
                <w:sz w:val="24"/>
                <w:szCs w:val="24"/>
              </w:rPr>
            </w:pPr>
          </w:p>
          <w:p w14:paraId="296D2068" w14:textId="11999943" w:rsidR="003434C0" w:rsidRPr="00DF0631" w:rsidRDefault="003434C0" w:rsidP="000D1FBD">
            <w:pPr>
              <w:pStyle w:val="ListParagraph"/>
              <w:numPr>
                <w:ilvl w:val="0"/>
                <w:numId w:val="21"/>
              </w:numPr>
              <w:rPr>
                <w:rFonts w:ascii="Arial" w:hAnsi="Arial" w:cs="Arial"/>
                <w:b/>
                <w:bCs/>
                <w:sz w:val="24"/>
                <w:szCs w:val="24"/>
              </w:rPr>
            </w:pPr>
            <w:r w:rsidRPr="00DF0631">
              <w:rPr>
                <w:rFonts w:ascii="Arial" w:hAnsi="Arial" w:cs="Arial"/>
                <w:b/>
                <w:bCs/>
                <w:sz w:val="24"/>
                <w:szCs w:val="24"/>
              </w:rPr>
              <w:t xml:space="preserve">Gladiators visit for next year – </w:t>
            </w:r>
            <w:r w:rsidRPr="00DF0631">
              <w:rPr>
                <w:rFonts w:ascii="Arial" w:hAnsi="Arial" w:cs="Arial"/>
                <w:bCs/>
                <w:sz w:val="24"/>
                <w:szCs w:val="24"/>
              </w:rPr>
              <w:t>GN has messaged but a very long wait</w:t>
            </w:r>
          </w:p>
          <w:p w14:paraId="55D68D05" w14:textId="77777777" w:rsidR="003434C0" w:rsidRPr="00DF0631" w:rsidRDefault="003434C0" w:rsidP="003434C0">
            <w:pPr>
              <w:pStyle w:val="ListParagraph"/>
              <w:rPr>
                <w:rFonts w:ascii="Arial" w:hAnsi="Arial" w:cs="Arial"/>
                <w:b/>
                <w:bCs/>
                <w:sz w:val="24"/>
                <w:szCs w:val="24"/>
              </w:rPr>
            </w:pPr>
          </w:p>
          <w:p w14:paraId="5E0835A8" w14:textId="61242DE3" w:rsidR="003434C0" w:rsidRPr="00DF0631" w:rsidRDefault="003434C0" w:rsidP="000D1FBD">
            <w:pPr>
              <w:pStyle w:val="ListParagraph"/>
              <w:numPr>
                <w:ilvl w:val="0"/>
                <w:numId w:val="21"/>
              </w:numPr>
              <w:rPr>
                <w:rFonts w:ascii="Arial" w:hAnsi="Arial" w:cs="Arial"/>
                <w:bCs/>
                <w:sz w:val="24"/>
                <w:szCs w:val="24"/>
              </w:rPr>
            </w:pPr>
            <w:r w:rsidRPr="00DF0631">
              <w:rPr>
                <w:rFonts w:ascii="Arial" w:hAnsi="Arial" w:cs="Arial"/>
                <w:b/>
                <w:bCs/>
                <w:sz w:val="24"/>
                <w:szCs w:val="24"/>
              </w:rPr>
              <w:t xml:space="preserve">2026 Year of crafting!!!! Carried over from last meeting - </w:t>
            </w:r>
            <w:r w:rsidRPr="00DF0631">
              <w:rPr>
                <w:rFonts w:ascii="Arial" w:hAnsi="Arial" w:cs="Arial"/>
                <w:bCs/>
                <w:sz w:val="24"/>
                <w:szCs w:val="24"/>
              </w:rPr>
              <w:t xml:space="preserve">Christmas cards/ bags/ other items, a lot of work for PTFA but will look at how much money it has made this year as to if </w:t>
            </w:r>
            <w:proofErr w:type="spellStart"/>
            <w:r w:rsidRPr="00DF0631">
              <w:rPr>
                <w:rFonts w:ascii="Arial" w:hAnsi="Arial" w:cs="Arial"/>
                <w:bCs/>
                <w:sz w:val="24"/>
                <w:szCs w:val="24"/>
              </w:rPr>
              <w:t>its</w:t>
            </w:r>
            <w:proofErr w:type="spellEnd"/>
            <w:r w:rsidRPr="00DF0631">
              <w:rPr>
                <w:rFonts w:ascii="Arial" w:hAnsi="Arial" w:cs="Arial"/>
                <w:bCs/>
                <w:sz w:val="24"/>
                <w:szCs w:val="24"/>
              </w:rPr>
              <w:t xml:space="preserve"> worth carrying on. </w:t>
            </w:r>
            <w:r w:rsidR="00975E8D">
              <w:rPr>
                <w:rFonts w:ascii="Arial" w:hAnsi="Arial" w:cs="Arial"/>
                <w:bCs/>
                <w:sz w:val="24"/>
                <w:szCs w:val="24"/>
              </w:rPr>
              <w:t>Rolling task</w:t>
            </w:r>
          </w:p>
          <w:p w14:paraId="5DFC97B8" w14:textId="44F9D91D" w:rsidR="003434C0" w:rsidRPr="00DF0631" w:rsidRDefault="003434C0" w:rsidP="003434C0">
            <w:pPr>
              <w:rPr>
                <w:rFonts w:ascii="Arial" w:hAnsi="Arial" w:cs="Arial"/>
                <w:b/>
                <w:bCs/>
                <w:sz w:val="24"/>
                <w:szCs w:val="24"/>
              </w:rPr>
            </w:pPr>
          </w:p>
          <w:p w14:paraId="4257EAF6" w14:textId="72D2E90D" w:rsidR="000D1FBD" w:rsidRPr="00975E8D" w:rsidRDefault="003434C0" w:rsidP="000D1FBD">
            <w:pPr>
              <w:pStyle w:val="ListParagraph"/>
              <w:numPr>
                <w:ilvl w:val="0"/>
                <w:numId w:val="21"/>
              </w:numPr>
              <w:rPr>
                <w:rFonts w:ascii="Arial" w:hAnsi="Arial" w:cs="Arial"/>
                <w:bCs/>
                <w:sz w:val="24"/>
                <w:szCs w:val="24"/>
              </w:rPr>
            </w:pPr>
            <w:r w:rsidRPr="00975E8D">
              <w:rPr>
                <w:rFonts w:ascii="Arial" w:hAnsi="Arial" w:cs="Arial"/>
                <w:b/>
                <w:bCs/>
                <w:sz w:val="24"/>
                <w:szCs w:val="24"/>
              </w:rPr>
              <w:t xml:space="preserve">Painting of gates on the ramp – signage for front – </w:t>
            </w:r>
            <w:r w:rsidRPr="00975E8D">
              <w:rPr>
                <w:rFonts w:ascii="Arial" w:hAnsi="Arial" w:cs="Arial"/>
                <w:bCs/>
                <w:sz w:val="24"/>
                <w:szCs w:val="24"/>
              </w:rPr>
              <w:t>a more colorful approach to the school</w:t>
            </w:r>
            <w:r w:rsidR="00975E8D" w:rsidRPr="00975E8D">
              <w:rPr>
                <w:rFonts w:ascii="Arial" w:hAnsi="Arial" w:cs="Arial"/>
                <w:bCs/>
                <w:sz w:val="24"/>
                <w:szCs w:val="24"/>
              </w:rPr>
              <w:t>, Rolling task</w:t>
            </w:r>
          </w:p>
          <w:p w14:paraId="67B57CAC" w14:textId="77777777" w:rsidR="000D1FBD" w:rsidRPr="00DF0631" w:rsidRDefault="000D1FBD" w:rsidP="000D1FBD">
            <w:pPr>
              <w:pStyle w:val="ListParagraph"/>
              <w:rPr>
                <w:rFonts w:ascii="Arial" w:hAnsi="Arial" w:cs="Arial"/>
                <w:b/>
                <w:bCs/>
                <w:sz w:val="24"/>
                <w:szCs w:val="24"/>
              </w:rPr>
            </w:pPr>
          </w:p>
          <w:p w14:paraId="387CC008" w14:textId="44411636" w:rsidR="000D1FBD" w:rsidRDefault="000D1FBD" w:rsidP="000D1FBD">
            <w:pPr>
              <w:pStyle w:val="ListParagraph"/>
              <w:numPr>
                <w:ilvl w:val="0"/>
                <w:numId w:val="21"/>
              </w:numPr>
              <w:rPr>
                <w:rFonts w:ascii="Arial" w:hAnsi="Arial" w:cs="Arial"/>
                <w:bCs/>
                <w:sz w:val="24"/>
                <w:szCs w:val="24"/>
              </w:rPr>
            </w:pPr>
            <w:r w:rsidRPr="000D1FBD">
              <w:rPr>
                <w:rFonts w:ascii="Arial" w:hAnsi="Arial" w:cs="Arial"/>
                <w:b/>
                <w:bCs/>
                <w:sz w:val="24"/>
                <w:szCs w:val="24"/>
              </w:rPr>
              <w:t>Leavers hoodies –</w:t>
            </w:r>
            <w:r w:rsidRPr="00DF0631">
              <w:rPr>
                <w:rFonts w:ascii="Arial" w:hAnsi="Arial" w:cs="Arial"/>
                <w:bCs/>
                <w:sz w:val="24"/>
                <w:szCs w:val="24"/>
              </w:rPr>
              <w:t xml:space="preserve"> order after school holidays – LC to order in September</w:t>
            </w:r>
          </w:p>
          <w:p w14:paraId="1CA723DE" w14:textId="77777777" w:rsidR="000D1FBD" w:rsidRPr="00DF0631" w:rsidRDefault="000D1FBD" w:rsidP="000D1FBD">
            <w:pPr>
              <w:pStyle w:val="ListParagraph"/>
              <w:rPr>
                <w:rFonts w:ascii="Arial" w:hAnsi="Arial" w:cs="Arial"/>
                <w:sz w:val="24"/>
                <w:szCs w:val="24"/>
              </w:rPr>
            </w:pPr>
          </w:p>
          <w:p w14:paraId="5317B8DD" w14:textId="782701B3" w:rsidR="000D1FBD" w:rsidRPr="00DF0631" w:rsidRDefault="000D1FBD" w:rsidP="000D1FBD">
            <w:pPr>
              <w:pStyle w:val="ListParagraph"/>
              <w:numPr>
                <w:ilvl w:val="0"/>
                <w:numId w:val="21"/>
              </w:numPr>
              <w:rPr>
                <w:rFonts w:ascii="Arial" w:hAnsi="Arial" w:cs="Arial"/>
                <w:sz w:val="24"/>
                <w:szCs w:val="24"/>
              </w:rPr>
            </w:pPr>
            <w:r w:rsidRPr="00975E8D">
              <w:rPr>
                <w:rFonts w:ascii="Arial" w:hAnsi="Arial" w:cs="Arial"/>
                <w:b/>
                <w:sz w:val="24"/>
                <w:szCs w:val="24"/>
              </w:rPr>
              <w:t>202</w:t>
            </w:r>
            <w:r w:rsidR="00EC2992">
              <w:rPr>
                <w:rFonts w:ascii="Arial" w:hAnsi="Arial" w:cs="Arial"/>
                <w:b/>
                <w:sz w:val="24"/>
                <w:szCs w:val="24"/>
              </w:rPr>
              <w:t>7</w:t>
            </w:r>
            <w:r w:rsidRPr="00DF0631">
              <w:rPr>
                <w:rFonts w:ascii="Arial" w:hAnsi="Arial" w:cs="Arial"/>
                <w:sz w:val="24"/>
                <w:szCs w:val="24"/>
              </w:rPr>
              <w:t xml:space="preserve"> is the 200 years of Colwich Primary School!!</w:t>
            </w:r>
            <w:r w:rsidR="00975E8D">
              <w:rPr>
                <w:rFonts w:ascii="Arial" w:hAnsi="Arial" w:cs="Arial"/>
                <w:sz w:val="24"/>
                <w:szCs w:val="24"/>
              </w:rPr>
              <w:t xml:space="preserve"> </w:t>
            </w:r>
          </w:p>
          <w:p w14:paraId="0FFDF4DB" w14:textId="77777777" w:rsidR="000D1FBD" w:rsidRPr="00DF0631" w:rsidRDefault="000D1FBD" w:rsidP="000D1FBD">
            <w:pPr>
              <w:pStyle w:val="ListParagraph"/>
              <w:rPr>
                <w:rFonts w:ascii="Arial" w:hAnsi="Arial" w:cs="Arial"/>
                <w:bCs/>
                <w:sz w:val="24"/>
                <w:szCs w:val="24"/>
              </w:rPr>
            </w:pPr>
          </w:p>
          <w:p w14:paraId="263D335B" w14:textId="33E7928C" w:rsidR="003434C0" w:rsidRPr="00DF0631" w:rsidRDefault="003434C0" w:rsidP="003434C0">
            <w:pPr>
              <w:rPr>
                <w:rFonts w:ascii="Arial" w:hAnsi="Arial" w:cs="Arial"/>
                <w:b/>
                <w:bCs/>
                <w:sz w:val="24"/>
                <w:szCs w:val="24"/>
              </w:rPr>
            </w:pPr>
          </w:p>
        </w:tc>
      </w:tr>
      <w:tr w:rsidR="003434C0" w:rsidRPr="00DF0631" w14:paraId="36FEE470" w14:textId="77777777" w:rsidTr="00AE797B">
        <w:tc>
          <w:tcPr>
            <w:tcW w:w="1270" w:type="dxa"/>
          </w:tcPr>
          <w:p w14:paraId="31F8959A" w14:textId="0037E6B8" w:rsidR="003434C0" w:rsidRPr="00DF0631" w:rsidRDefault="003434C0" w:rsidP="003434C0">
            <w:pPr>
              <w:rPr>
                <w:rFonts w:ascii="Arial" w:hAnsi="Arial" w:cs="Arial"/>
                <w:b/>
                <w:bCs/>
                <w:sz w:val="24"/>
                <w:szCs w:val="24"/>
              </w:rPr>
            </w:pPr>
            <w:r w:rsidRPr="00DF0631">
              <w:rPr>
                <w:rFonts w:ascii="Arial" w:hAnsi="Arial" w:cs="Arial"/>
                <w:b/>
                <w:bCs/>
                <w:sz w:val="24"/>
                <w:szCs w:val="24"/>
              </w:rPr>
              <w:lastRenderedPageBreak/>
              <w:t>1</w:t>
            </w:r>
            <w:r w:rsidR="00873438">
              <w:rPr>
                <w:rFonts w:ascii="Arial" w:hAnsi="Arial" w:cs="Arial"/>
                <w:b/>
                <w:bCs/>
                <w:sz w:val="24"/>
                <w:szCs w:val="24"/>
              </w:rPr>
              <w:t>6</w:t>
            </w:r>
            <w:r w:rsidRPr="00DF0631">
              <w:rPr>
                <w:rFonts w:ascii="Arial" w:hAnsi="Arial" w:cs="Arial"/>
                <w:b/>
                <w:bCs/>
                <w:sz w:val="24"/>
                <w:szCs w:val="24"/>
              </w:rPr>
              <w:t>.</w:t>
            </w:r>
          </w:p>
        </w:tc>
        <w:tc>
          <w:tcPr>
            <w:tcW w:w="8937" w:type="dxa"/>
          </w:tcPr>
          <w:p w14:paraId="123F8B8C" w14:textId="77777777" w:rsidR="003434C0" w:rsidRPr="00DF0631" w:rsidRDefault="003434C0" w:rsidP="003434C0">
            <w:pPr>
              <w:pStyle w:val="ListParagraph"/>
              <w:rPr>
                <w:rFonts w:ascii="Arial" w:hAnsi="Arial" w:cs="Arial"/>
                <w:b/>
                <w:bCs/>
                <w:sz w:val="24"/>
                <w:szCs w:val="24"/>
              </w:rPr>
            </w:pPr>
          </w:p>
          <w:p w14:paraId="2AD92206" w14:textId="50BAE4DC" w:rsidR="003434C0" w:rsidRPr="00DF0631" w:rsidRDefault="003434C0" w:rsidP="003434C0">
            <w:pPr>
              <w:pStyle w:val="ListParagraph"/>
              <w:rPr>
                <w:rFonts w:ascii="Arial" w:hAnsi="Arial" w:cs="Arial"/>
                <w:b/>
                <w:bCs/>
                <w:sz w:val="24"/>
                <w:szCs w:val="24"/>
              </w:rPr>
            </w:pPr>
            <w:r w:rsidRPr="00DF0631">
              <w:rPr>
                <w:rFonts w:ascii="Arial" w:hAnsi="Arial" w:cs="Arial"/>
                <w:b/>
                <w:bCs/>
                <w:sz w:val="24"/>
                <w:szCs w:val="24"/>
              </w:rPr>
              <w:t xml:space="preserve">Dates for diary </w:t>
            </w:r>
            <w:r w:rsidR="000D1FBD">
              <w:rPr>
                <w:rFonts w:ascii="Arial" w:hAnsi="Arial" w:cs="Arial"/>
                <w:b/>
                <w:bCs/>
                <w:sz w:val="24"/>
                <w:szCs w:val="24"/>
              </w:rPr>
              <w:t xml:space="preserve">2027 </w:t>
            </w:r>
            <w:r w:rsidRPr="00DF0631">
              <w:rPr>
                <w:rFonts w:ascii="Arial" w:hAnsi="Arial" w:cs="Arial"/>
                <w:b/>
                <w:bCs/>
                <w:sz w:val="24"/>
                <w:szCs w:val="24"/>
              </w:rPr>
              <w:t>–</w:t>
            </w:r>
          </w:p>
          <w:p w14:paraId="658B3A24" w14:textId="77777777" w:rsidR="003434C0" w:rsidRPr="00DF0631" w:rsidRDefault="003434C0" w:rsidP="003434C0">
            <w:pPr>
              <w:pStyle w:val="ListParagraph"/>
              <w:rPr>
                <w:rFonts w:ascii="Arial" w:hAnsi="Arial" w:cs="Arial"/>
                <w:sz w:val="24"/>
                <w:szCs w:val="24"/>
              </w:rPr>
            </w:pPr>
          </w:p>
          <w:p w14:paraId="18E2135B" w14:textId="77777777" w:rsidR="003434C0" w:rsidRPr="00DF0631" w:rsidRDefault="003434C0" w:rsidP="003434C0">
            <w:pPr>
              <w:pStyle w:val="ListParagraph"/>
              <w:rPr>
                <w:rFonts w:ascii="Arial" w:hAnsi="Arial" w:cs="Arial"/>
                <w:bCs/>
                <w:sz w:val="24"/>
                <w:szCs w:val="24"/>
              </w:rPr>
            </w:pPr>
          </w:p>
          <w:p w14:paraId="7166918A" w14:textId="13058B2E" w:rsidR="003434C0" w:rsidRDefault="003434C0" w:rsidP="003434C0">
            <w:pPr>
              <w:pStyle w:val="ListParagraph"/>
              <w:numPr>
                <w:ilvl w:val="0"/>
                <w:numId w:val="21"/>
              </w:numPr>
              <w:rPr>
                <w:rFonts w:ascii="Arial" w:hAnsi="Arial" w:cs="Arial"/>
                <w:bCs/>
                <w:sz w:val="24"/>
                <w:szCs w:val="24"/>
              </w:rPr>
            </w:pPr>
            <w:r w:rsidRPr="00DF0631">
              <w:rPr>
                <w:rFonts w:ascii="Arial" w:hAnsi="Arial" w:cs="Arial"/>
                <w:bCs/>
                <w:sz w:val="24"/>
                <w:szCs w:val="24"/>
              </w:rPr>
              <w:t>October Halloween disco –25</w:t>
            </w:r>
            <w:r w:rsidRPr="00DF0631">
              <w:rPr>
                <w:rFonts w:ascii="Arial" w:hAnsi="Arial" w:cs="Arial"/>
                <w:bCs/>
                <w:sz w:val="24"/>
                <w:szCs w:val="24"/>
                <w:vertAlign w:val="superscript"/>
              </w:rPr>
              <w:t>th</w:t>
            </w:r>
            <w:r w:rsidRPr="00DF0631">
              <w:rPr>
                <w:rFonts w:ascii="Arial" w:hAnsi="Arial" w:cs="Arial"/>
                <w:bCs/>
                <w:sz w:val="24"/>
                <w:szCs w:val="24"/>
              </w:rPr>
              <w:t xml:space="preserve"> September 2026</w:t>
            </w:r>
          </w:p>
          <w:p w14:paraId="192816AB" w14:textId="77777777" w:rsidR="00D55E12" w:rsidRPr="00DF0631" w:rsidRDefault="00D55E12" w:rsidP="00D55E12">
            <w:pPr>
              <w:pStyle w:val="ListParagraph"/>
              <w:numPr>
                <w:ilvl w:val="0"/>
                <w:numId w:val="21"/>
              </w:numPr>
              <w:rPr>
                <w:rFonts w:ascii="Arial" w:hAnsi="Arial" w:cs="Arial"/>
                <w:bCs/>
                <w:sz w:val="24"/>
                <w:szCs w:val="24"/>
              </w:rPr>
            </w:pPr>
            <w:r w:rsidRPr="00DF0631">
              <w:rPr>
                <w:rFonts w:ascii="Arial" w:hAnsi="Arial" w:cs="Arial"/>
                <w:bCs/>
                <w:sz w:val="24"/>
                <w:szCs w:val="24"/>
              </w:rPr>
              <w:t>Movie and Munch –15</w:t>
            </w:r>
            <w:r w:rsidRPr="00DF0631">
              <w:rPr>
                <w:rFonts w:ascii="Arial" w:hAnsi="Arial" w:cs="Arial"/>
                <w:bCs/>
                <w:sz w:val="24"/>
                <w:szCs w:val="24"/>
                <w:vertAlign w:val="superscript"/>
              </w:rPr>
              <w:t>th</w:t>
            </w:r>
            <w:r w:rsidRPr="00DF0631">
              <w:rPr>
                <w:rFonts w:ascii="Arial" w:hAnsi="Arial" w:cs="Arial"/>
                <w:bCs/>
                <w:sz w:val="24"/>
                <w:szCs w:val="24"/>
              </w:rPr>
              <w:t xml:space="preserve"> October 2026</w:t>
            </w:r>
          </w:p>
          <w:p w14:paraId="56B92E0A" w14:textId="77777777" w:rsidR="00D55E12" w:rsidRDefault="00D55E12" w:rsidP="00D55E12">
            <w:pPr>
              <w:pStyle w:val="ListParagraph"/>
              <w:rPr>
                <w:rFonts w:ascii="Arial" w:hAnsi="Arial" w:cs="Arial"/>
                <w:bCs/>
                <w:sz w:val="24"/>
                <w:szCs w:val="24"/>
              </w:rPr>
            </w:pPr>
          </w:p>
          <w:p w14:paraId="6F5368DB" w14:textId="77777777" w:rsidR="00D55E12" w:rsidRPr="00D55E12" w:rsidRDefault="00D55E12" w:rsidP="00D55E12">
            <w:pPr>
              <w:pStyle w:val="ListParagraph"/>
              <w:rPr>
                <w:rFonts w:ascii="Arial" w:hAnsi="Arial" w:cs="Arial"/>
                <w:bCs/>
                <w:sz w:val="24"/>
                <w:szCs w:val="24"/>
              </w:rPr>
            </w:pPr>
          </w:p>
          <w:p w14:paraId="0971D70B" w14:textId="62456426" w:rsidR="00D55E12" w:rsidRDefault="00D55E12" w:rsidP="00D55E12">
            <w:pPr>
              <w:rPr>
                <w:rFonts w:ascii="Arial" w:hAnsi="Arial" w:cs="Arial"/>
                <w:bCs/>
                <w:sz w:val="24"/>
                <w:szCs w:val="24"/>
              </w:rPr>
            </w:pPr>
            <w:r>
              <w:rPr>
                <w:rFonts w:ascii="Arial" w:hAnsi="Arial" w:cs="Arial"/>
                <w:bCs/>
                <w:sz w:val="24"/>
                <w:szCs w:val="24"/>
              </w:rPr>
              <w:t>Proposal for Wednesday 09</w:t>
            </w:r>
            <w:r w:rsidRPr="00D55E12">
              <w:rPr>
                <w:rFonts w:ascii="Arial" w:hAnsi="Arial" w:cs="Arial"/>
                <w:bCs/>
                <w:sz w:val="24"/>
                <w:szCs w:val="24"/>
                <w:vertAlign w:val="superscript"/>
              </w:rPr>
              <w:t>th</w:t>
            </w:r>
            <w:r>
              <w:rPr>
                <w:rFonts w:ascii="Arial" w:hAnsi="Arial" w:cs="Arial"/>
                <w:bCs/>
                <w:sz w:val="24"/>
                <w:szCs w:val="24"/>
              </w:rPr>
              <w:t xml:space="preserve"> Sept for the AGM</w:t>
            </w:r>
            <w:r w:rsidR="00873438">
              <w:rPr>
                <w:rFonts w:ascii="Arial" w:hAnsi="Arial" w:cs="Arial"/>
                <w:bCs/>
                <w:sz w:val="24"/>
                <w:szCs w:val="24"/>
              </w:rPr>
              <w:t>, school to be made aware and then PTFA have a short meeting after to confirm dates for the year ahead.</w:t>
            </w:r>
          </w:p>
          <w:p w14:paraId="6C63BD61" w14:textId="4965246E" w:rsidR="00D55E12" w:rsidRDefault="00D55E12" w:rsidP="00D55E12">
            <w:pPr>
              <w:rPr>
                <w:rFonts w:ascii="Arial" w:hAnsi="Arial" w:cs="Arial"/>
                <w:bCs/>
                <w:sz w:val="24"/>
                <w:szCs w:val="24"/>
              </w:rPr>
            </w:pPr>
          </w:p>
          <w:p w14:paraId="483362E8" w14:textId="77777777" w:rsidR="00D55E12" w:rsidRPr="00D55E12" w:rsidRDefault="00D55E12" w:rsidP="00D55E12">
            <w:pPr>
              <w:rPr>
                <w:rFonts w:ascii="Arial" w:hAnsi="Arial" w:cs="Arial"/>
                <w:bCs/>
                <w:sz w:val="24"/>
                <w:szCs w:val="24"/>
              </w:rPr>
            </w:pPr>
          </w:p>
          <w:p w14:paraId="288FFD8D" w14:textId="77777777" w:rsidR="003434C0" w:rsidRPr="00DF0631" w:rsidRDefault="003434C0" w:rsidP="000D1FBD">
            <w:pPr>
              <w:pStyle w:val="ListParagraph"/>
              <w:rPr>
                <w:rFonts w:ascii="Arial" w:hAnsi="Arial" w:cs="Arial"/>
                <w:b/>
                <w:bCs/>
                <w:sz w:val="24"/>
                <w:szCs w:val="24"/>
              </w:rPr>
            </w:pPr>
          </w:p>
        </w:tc>
      </w:tr>
      <w:tr w:rsidR="003434C0" w:rsidRPr="00DF0631" w14:paraId="6517FEE0" w14:textId="77777777" w:rsidTr="00AE797B">
        <w:tc>
          <w:tcPr>
            <w:tcW w:w="1270" w:type="dxa"/>
          </w:tcPr>
          <w:p w14:paraId="7BC9123A" w14:textId="7D2F26B4" w:rsidR="003434C0" w:rsidRPr="00DF0631" w:rsidRDefault="003434C0" w:rsidP="003434C0">
            <w:pPr>
              <w:rPr>
                <w:rFonts w:ascii="Arial" w:hAnsi="Arial" w:cs="Arial"/>
                <w:b/>
                <w:bCs/>
                <w:sz w:val="24"/>
                <w:szCs w:val="24"/>
              </w:rPr>
            </w:pPr>
            <w:r w:rsidRPr="00DF0631">
              <w:rPr>
                <w:rFonts w:ascii="Arial" w:hAnsi="Arial" w:cs="Arial"/>
                <w:b/>
                <w:bCs/>
                <w:sz w:val="24"/>
                <w:szCs w:val="24"/>
              </w:rPr>
              <w:t>1</w:t>
            </w:r>
            <w:r w:rsidR="00873438">
              <w:rPr>
                <w:rFonts w:ascii="Arial" w:hAnsi="Arial" w:cs="Arial"/>
                <w:b/>
                <w:bCs/>
                <w:sz w:val="24"/>
                <w:szCs w:val="24"/>
              </w:rPr>
              <w:t>7</w:t>
            </w:r>
            <w:r w:rsidRPr="00DF0631">
              <w:rPr>
                <w:rFonts w:ascii="Arial" w:hAnsi="Arial" w:cs="Arial"/>
                <w:b/>
                <w:bCs/>
                <w:sz w:val="24"/>
                <w:szCs w:val="24"/>
              </w:rPr>
              <w:t>.</w:t>
            </w:r>
          </w:p>
        </w:tc>
        <w:tc>
          <w:tcPr>
            <w:tcW w:w="8937" w:type="dxa"/>
          </w:tcPr>
          <w:p w14:paraId="686807DA" w14:textId="3D7AF07C" w:rsidR="003434C0" w:rsidRDefault="003434C0" w:rsidP="003434C0">
            <w:pPr>
              <w:rPr>
                <w:rFonts w:ascii="Arial" w:hAnsi="Arial" w:cs="Arial"/>
                <w:b/>
                <w:bCs/>
                <w:sz w:val="24"/>
                <w:szCs w:val="24"/>
              </w:rPr>
            </w:pPr>
            <w:r w:rsidRPr="00DF0631">
              <w:rPr>
                <w:rFonts w:ascii="Arial" w:hAnsi="Arial" w:cs="Arial"/>
                <w:b/>
                <w:bCs/>
                <w:sz w:val="24"/>
                <w:szCs w:val="24"/>
              </w:rPr>
              <w:t>Next meeting date to be set?</w:t>
            </w:r>
          </w:p>
          <w:p w14:paraId="3068A40F" w14:textId="77777777" w:rsidR="00873438" w:rsidRPr="00DF0631" w:rsidRDefault="00873438" w:rsidP="003434C0">
            <w:pPr>
              <w:rPr>
                <w:rFonts w:ascii="Arial" w:hAnsi="Arial" w:cs="Arial"/>
                <w:b/>
                <w:bCs/>
                <w:sz w:val="24"/>
                <w:szCs w:val="24"/>
              </w:rPr>
            </w:pPr>
          </w:p>
          <w:p w14:paraId="1B8E7AF0" w14:textId="5616A313" w:rsidR="006F54BB" w:rsidRDefault="00873438" w:rsidP="00873438">
            <w:pPr>
              <w:jc w:val="center"/>
              <w:rPr>
                <w:rFonts w:ascii="Arial" w:hAnsi="Arial" w:cs="Arial"/>
                <w:b/>
                <w:bCs/>
                <w:sz w:val="24"/>
                <w:szCs w:val="24"/>
              </w:rPr>
            </w:pPr>
            <w:r>
              <w:rPr>
                <w:rFonts w:ascii="Arial" w:hAnsi="Arial" w:cs="Arial"/>
                <w:b/>
                <w:bCs/>
                <w:sz w:val="24"/>
                <w:szCs w:val="24"/>
              </w:rPr>
              <w:t>Potential AGM 09.09.2026</w:t>
            </w:r>
          </w:p>
          <w:p w14:paraId="6B33A97B" w14:textId="37F9C414" w:rsidR="006F54BB" w:rsidRDefault="006F54BB" w:rsidP="003434C0">
            <w:pPr>
              <w:rPr>
                <w:rFonts w:ascii="Arial" w:hAnsi="Arial" w:cs="Arial"/>
                <w:b/>
                <w:bCs/>
                <w:sz w:val="24"/>
                <w:szCs w:val="24"/>
              </w:rPr>
            </w:pPr>
          </w:p>
          <w:p w14:paraId="03E3F86E" w14:textId="4EE3C1F8" w:rsidR="006F54BB" w:rsidRDefault="006F54BB" w:rsidP="006F54BB">
            <w:pPr>
              <w:jc w:val="center"/>
              <w:rPr>
                <w:rFonts w:ascii="Arial" w:hAnsi="Arial" w:cs="Arial"/>
                <w:b/>
                <w:bCs/>
                <w:sz w:val="24"/>
                <w:szCs w:val="24"/>
              </w:rPr>
            </w:pPr>
            <w:r>
              <w:rPr>
                <w:rFonts w:ascii="Arial" w:hAnsi="Arial" w:cs="Arial"/>
                <w:b/>
                <w:bCs/>
                <w:sz w:val="24"/>
                <w:szCs w:val="24"/>
              </w:rPr>
              <w:t>Congratulations PTFA of 2026</w:t>
            </w:r>
            <w:r w:rsidR="00251CD4">
              <w:rPr>
                <w:rFonts w:ascii="Arial" w:hAnsi="Arial" w:cs="Arial"/>
                <w:b/>
                <w:bCs/>
                <w:sz w:val="24"/>
                <w:szCs w:val="24"/>
              </w:rPr>
              <w:t>.  W</w:t>
            </w:r>
            <w:r>
              <w:rPr>
                <w:rFonts w:ascii="Arial" w:hAnsi="Arial" w:cs="Arial"/>
                <w:b/>
                <w:bCs/>
                <w:sz w:val="24"/>
                <w:szCs w:val="24"/>
              </w:rPr>
              <w:t>e did it!!!!!!</w:t>
            </w:r>
          </w:p>
          <w:p w14:paraId="489E6E8F" w14:textId="01044C07" w:rsidR="00873438" w:rsidRDefault="00873438" w:rsidP="006F54BB">
            <w:pPr>
              <w:jc w:val="center"/>
              <w:rPr>
                <w:rFonts w:ascii="Arial" w:hAnsi="Arial" w:cs="Arial"/>
                <w:b/>
                <w:bCs/>
                <w:sz w:val="24"/>
                <w:szCs w:val="24"/>
              </w:rPr>
            </w:pPr>
          </w:p>
          <w:p w14:paraId="55D97E33" w14:textId="650734AD" w:rsidR="006F54BB" w:rsidRDefault="00873438" w:rsidP="00873438">
            <w:pPr>
              <w:jc w:val="center"/>
              <w:rPr>
                <w:rFonts w:ascii="Arial" w:hAnsi="Arial" w:cs="Arial"/>
                <w:b/>
                <w:bCs/>
                <w:sz w:val="24"/>
                <w:szCs w:val="24"/>
              </w:rPr>
            </w:pPr>
            <w:r>
              <w:rPr>
                <w:rFonts w:ascii="Arial" w:hAnsi="Arial" w:cs="Arial"/>
                <w:b/>
                <w:bCs/>
                <w:sz w:val="24"/>
                <w:szCs w:val="24"/>
              </w:rPr>
              <w:t>Thank you to the school and parents and more importantly our children for a brilliant year</w:t>
            </w:r>
            <w:r w:rsidR="00251CD4">
              <w:rPr>
                <w:rFonts w:ascii="Arial" w:hAnsi="Arial" w:cs="Arial"/>
                <w:b/>
                <w:bCs/>
                <w:sz w:val="24"/>
                <w:szCs w:val="24"/>
              </w:rPr>
              <w:t>.  H</w:t>
            </w:r>
            <w:r>
              <w:rPr>
                <w:rFonts w:ascii="Arial" w:hAnsi="Arial" w:cs="Arial"/>
                <w:b/>
                <w:bCs/>
                <w:sz w:val="24"/>
                <w:szCs w:val="24"/>
              </w:rPr>
              <w:t xml:space="preserve">ave a fabulous summer </w:t>
            </w:r>
            <w:proofErr w:type="gramStart"/>
            <w:r w:rsidRPr="00873438">
              <w:rPr>
                <mc:AlternateContent>
                  <mc:Choice Requires="w16se">
                    <w:rFonts w:ascii="Arial" w:hAnsi="Arial" w:cs="Arial"/>
                  </mc:Choice>
                  <mc:Fallback>
                    <w:rFonts w:ascii="Segoe UI Emoji" w:eastAsia="Segoe UI Emoji" w:hAnsi="Segoe UI Emoji" w:cs="Segoe UI Emoji"/>
                  </mc:Fallback>
                </mc:AlternateContent>
                <w:b/>
                <w:bCs/>
                <w:sz w:val="24"/>
                <w:szCs w:val="24"/>
              </w:rPr>
              <mc:AlternateContent>
                <mc:Choice Requires="w16se">
                  <w16se:symEx w16se:font="Segoe UI Emoji" w16se:char="1F60A"/>
                </mc:Choice>
                <mc:Fallback>
                  <w:t>😊</w:t>
                </mc:Fallback>
              </mc:AlternateContent>
            </w:r>
            <w:r>
              <w:rPr>
                <w:rFonts w:ascii="Arial" w:hAnsi="Arial" w:cs="Arial"/>
                <w:b/>
                <w:bCs/>
                <w:sz w:val="24"/>
                <w:szCs w:val="24"/>
              </w:rPr>
              <w:t xml:space="preserve"> .</w:t>
            </w:r>
            <w:proofErr w:type="gramEnd"/>
          </w:p>
          <w:p w14:paraId="6BCD2D69" w14:textId="1ED46954" w:rsidR="006F54BB" w:rsidRPr="00DF0631" w:rsidRDefault="006F54BB" w:rsidP="003434C0">
            <w:pPr>
              <w:rPr>
                <w:rFonts w:ascii="Arial" w:hAnsi="Arial" w:cs="Arial"/>
                <w:b/>
                <w:bCs/>
                <w:sz w:val="24"/>
                <w:szCs w:val="24"/>
              </w:rPr>
            </w:pPr>
          </w:p>
        </w:tc>
      </w:tr>
      <w:bookmarkEnd w:id="0"/>
    </w:tbl>
    <w:p w14:paraId="38B850E1" w14:textId="77777777" w:rsidR="005C20D0" w:rsidRPr="00DF0631" w:rsidRDefault="005C20D0" w:rsidP="00C26D62">
      <w:pPr>
        <w:rPr>
          <w:rFonts w:ascii="Arial" w:hAnsi="Arial" w:cs="Arial"/>
          <w:b/>
          <w:bCs/>
          <w:sz w:val="24"/>
          <w:szCs w:val="24"/>
        </w:rPr>
      </w:pPr>
    </w:p>
    <w:sectPr w:rsidR="005C20D0" w:rsidRPr="00DF0631" w:rsidSect="00B75EEF">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32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CEE8DD" w14:textId="77777777" w:rsidR="001B2BC5" w:rsidRDefault="001B2BC5" w:rsidP="00B17E1E">
      <w:pPr>
        <w:spacing w:after="0" w:line="240" w:lineRule="auto"/>
      </w:pPr>
      <w:r>
        <w:separator/>
      </w:r>
    </w:p>
  </w:endnote>
  <w:endnote w:type="continuationSeparator" w:id="0">
    <w:p w14:paraId="74980C05" w14:textId="77777777" w:rsidR="001B2BC5" w:rsidRDefault="001B2BC5" w:rsidP="00B17E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B4FB2" w14:textId="77777777" w:rsidR="00751425" w:rsidRDefault="007514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9D1D7" w14:textId="45FAEB6C" w:rsidR="00B75EEF" w:rsidRPr="00B75EEF" w:rsidRDefault="00D47A68" w:rsidP="00B17E1E">
    <w:pPr>
      <w:rPr>
        <w:rFonts w:ascii="Arial" w:hAnsi="Arial" w:cs="Arial"/>
        <w:b/>
        <w:color w:val="660033"/>
      </w:rPr>
    </w:pPr>
    <w:r w:rsidRPr="00B75EEF">
      <w:rPr>
        <w:b/>
        <w:bCs/>
        <w:noProof/>
      </w:rPr>
      <mc:AlternateContent>
        <mc:Choice Requires="wps">
          <w:drawing>
            <wp:anchor distT="0" distB="0" distL="114300" distR="114300" simplePos="0" relativeHeight="251660800" behindDoc="0" locked="0" layoutInCell="1" allowOverlap="1" wp14:anchorId="46266BD2" wp14:editId="3C33D20B">
              <wp:simplePos x="0" y="0"/>
              <wp:positionH relativeFrom="column">
                <wp:posOffset>-1143000</wp:posOffset>
              </wp:positionH>
              <wp:positionV relativeFrom="paragraph">
                <wp:posOffset>-336550</wp:posOffset>
              </wp:positionV>
              <wp:extent cx="7785100" cy="12700"/>
              <wp:effectExtent l="0" t="0" r="25400" b="25400"/>
              <wp:wrapNone/>
              <wp:docPr id="1398066199" name="Straight Connector 1"/>
              <wp:cNvGraphicFramePr/>
              <a:graphic xmlns:a="http://schemas.openxmlformats.org/drawingml/2006/main">
                <a:graphicData uri="http://schemas.microsoft.com/office/word/2010/wordprocessingShape">
                  <wps:wsp>
                    <wps:cNvCnPr/>
                    <wps:spPr>
                      <a:xfrm>
                        <a:off x="0" y="0"/>
                        <a:ext cx="7785100" cy="12700"/>
                      </a:xfrm>
                      <a:prstGeom prst="line">
                        <a:avLst/>
                      </a:prstGeom>
                      <a:ln>
                        <a:solidFill>
                          <a:srgbClr val="660033"/>
                        </a:solidFill>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line w14:anchorId="1B051333" id="Straight Connector 1"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90pt,-26.5pt" to="523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" strokecolor="#603"/>
          </w:pict>
        </mc:Fallback>
      </mc:AlternateContent>
    </w:r>
    <w:r w:rsidR="00B17E1E" w:rsidRPr="00B75EEF">
      <w:rPr>
        <w:rFonts w:ascii="Arial" w:hAnsi="Arial" w:cs="Arial"/>
        <w:b/>
        <w:color w:val="660033"/>
      </w:rPr>
      <w:t>Colwich PTFA</w:t>
    </w:r>
    <w:r w:rsidR="00B75EEF" w:rsidRPr="00B75EEF">
      <w:rPr>
        <w:rFonts w:ascii="Arial" w:hAnsi="Arial" w:cs="Arial"/>
        <w:b/>
        <w:color w:val="660033"/>
      </w:rPr>
      <w:t xml:space="preserve"> </w:t>
    </w:r>
  </w:p>
  <w:p w14:paraId="3CB79513" w14:textId="58CFD7D2" w:rsidR="00B17E1E" w:rsidRPr="00B75EEF" w:rsidRDefault="00B75EEF" w:rsidP="00B17E1E">
    <w:pPr>
      <w:rPr>
        <w:rFonts w:ascii="Arial" w:hAnsi="Arial" w:cs="Arial"/>
        <w:bCs/>
        <w:color w:val="660033"/>
      </w:rPr>
    </w:pPr>
    <w:r w:rsidRPr="00B75EEF">
      <w:rPr>
        <w:rFonts w:ascii="Arial" w:hAnsi="Arial" w:cs="Arial"/>
        <w:bCs/>
        <w:noProof/>
        <w:color w:val="660033"/>
      </w:rPr>
      <mc:AlternateContent>
        <mc:Choice Requires="wps">
          <w:drawing>
            <wp:anchor distT="45720" distB="45720" distL="114300" distR="114300" simplePos="0" relativeHeight="251655680" behindDoc="0" locked="0" layoutInCell="1" allowOverlap="1" wp14:anchorId="393FEA16" wp14:editId="3255A1B1">
              <wp:simplePos x="0" y="0"/>
              <wp:positionH relativeFrom="column">
                <wp:posOffset>4395470</wp:posOffset>
              </wp:positionH>
              <wp:positionV relativeFrom="paragraph">
                <wp:posOffset>182245</wp:posOffset>
              </wp:positionV>
              <wp:extent cx="236093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5EC400C6" w14:textId="77777777" w:rsidR="00B75EEF" w:rsidRDefault="00B75EEF" w:rsidP="00B75EEF">
                          <w:pPr>
                            <w:pStyle w:val="Footer"/>
                          </w:pPr>
                          <w:r w:rsidRPr="00B75EEF">
                            <w:rPr>
                              <w:rFonts w:ascii="Arial" w:hAnsi="Arial" w:cs="Arial"/>
                              <w:color w:val="660033"/>
                            </w:rPr>
                            <w:t>ptfacolwich@gmail.com</w:t>
                          </w:r>
                        </w:p>
                        <w:p w14:paraId="5810EC41" w14:textId="4B6E3A6B" w:rsidR="00B75EEF" w:rsidRDefault="00B75EEF"/>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393FEA16" id="_x0000_t202" coordsize="21600,21600" o:spt="202" path="m,l,21600r21600,l21600,xe">
              <v:stroke joinstyle="miter"/>
              <v:path gradientshapeok="t" o:connecttype="rect"/>
            </v:shapetype>
            <v:shape id="Text Box 2" o:spid="_x0000_s1026" type="#_x0000_t202" style="position:absolute;margin-left:346.1pt;margin-top:14.35pt;width:185.9pt;height:110.6pt;z-index:25165568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" stroked="f">
              <v:textbox style="mso-fit-shape-to-text:t">
                <w:txbxContent>
                  <w:p w14:paraId="5EC400C6" w14:textId="77777777" w:rsidR="00B75EEF" w:rsidRDefault="00B75EEF" w:rsidP="00B75EEF">
                    <w:pPr>
                      <w:pStyle w:val="Footer"/>
                    </w:pPr>
                    <w:r w:rsidRPr="00B75EEF">
                      <w:rPr>
                        <w:rFonts w:ascii="Arial" w:hAnsi="Arial" w:cs="Arial"/>
                        <w:color w:val="660033"/>
                      </w:rPr>
                      <w:t>ptfacolwich@gmail.com</w:t>
                    </w:r>
                  </w:p>
                  <w:p w14:paraId="5810EC41" w14:textId="4B6E3A6B" w:rsidR="00B75EEF" w:rsidRDefault="00B75EEF"/>
                </w:txbxContent>
              </v:textbox>
              <w10:wrap type="square"/>
            </v:shape>
          </w:pict>
        </mc:Fallback>
      </mc:AlternateContent>
    </w:r>
    <w:r w:rsidR="00B17E1E" w:rsidRPr="00B75EEF">
      <w:rPr>
        <w:rFonts w:ascii="Arial" w:hAnsi="Arial" w:cs="Arial"/>
        <w:bCs/>
        <w:color w:val="660033"/>
      </w:rPr>
      <w:t xml:space="preserve">Colwich </w:t>
    </w:r>
    <w:proofErr w:type="spellStart"/>
    <w:r w:rsidR="00B17E1E" w:rsidRPr="00B75EEF">
      <w:rPr>
        <w:rFonts w:ascii="Arial" w:hAnsi="Arial" w:cs="Arial"/>
        <w:bCs/>
        <w:color w:val="660033"/>
      </w:rPr>
      <w:t>CoE</w:t>
    </w:r>
    <w:proofErr w:type="spellEnd"/>
    <w:r w:rsidR="00B17E1E" w:rsidRPr="00B75EEF">
      <w:rPr>
        <w:rFonts w:ascii="Arial" w:hAnsi="Arial" w:cs="Arial"/>
        <w:bCs/>
        <w:color w:val="660033"/>
      </w:rPr>
      <w:t xml:space="preserve"> Primary School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44BB6" w14:textId="77777777" w:rsidR="00751425" w:rsidRDefault="007514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DB76CB" w14:textId="77777777" w:rsidR="001B2BC5" w:rsidRDefault="001B2BC5" w:rsidP="00B17E1E">
      <w:pPr>
        <w:spacing w:after="0" w:line="240" w:lineRule="auto"/>
      </w:pPr>
      <w:r>
        <w:separator/>
      </w:r>
    </w:p>
  </w:footnote>
  <w:footnote w:type="continuationSeparator" w:id="0">
    <w:p w14:paraId="2744E624" w14:textId="77777777" w:rsidR="001B2BC5" w:rsidRDefault="001B2BC5" w:rsidP="00B17E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B893E" w14:textId="77777777" w:rsidR="00751425" w:rsidRDefault="007514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4AF39" w14:textId="1AF3BF99" w:rsidR="00B17E1E" w:rsidRDefault="00B75EEF">
    <w:pPr>
      <w:pStyle w:val="Header"/>
    </w:pPr>
    <w:r>
      <w:rPr>
        <w:noProof/>
      </w:rPr>
      <mc:AlternateContent>
        <mc:Choice Requires="wps">
          <w:drawing>
            <wp:anchor distT="0" distB="0" distL="114300" distR="114300" simplePos="0" relativeHeight="251661312" behindDoc="0" locked="0" layoutInCell="1" allowOverlap="1" wp14:anchorId="140A18F7" wp14:editId="02825870">
              <wp:simplePos x="0" y="0"/>
              <wp:positionH relativeFrom="column">
                <wp:posOffset>-1143000</wp:posOffset>
              </wp:positionH>
              <wp:positionV relativeFrom="paragraph">
                <wp:posOffset>1003300</wp:posOffset>
              </wp:positionV>
              <wp:extent cx="7785100" cy="12700"/>
              <wp:effectExtent l="0" t="0" r="25400" b="25400"/>
              <wp:wrapNone/>
              <wp:docPr id="1486864278" name="Straight Connector 1"/>
              <wp:cNvGraphicFramePr/>
              <a:graphic xmlns:a="http://schemas.openxmlformats.org/drawingml/2006/main">
                <a:graphicData uri="http://schemas.microsoft.com/office/word/2010/wordprocessingShape">
                  <wps:wsp>
                    <wps:cNvCnPr/>
                    <wps:spPr>
                      <a:xfrm>
                        <a:off x="0" y="0"/>
                        <a:ext cx="7785100" cy="12700"/>
                      </a:xfrm>
                      <a:prstGeom prst="line">
                        <a:avLst/>
                      </a:prstGeom>
                      <a:ln>
                        <a:solidFill>
                          <a:srgbClr val="660033"/>
                        </a:solidFill>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line w14:anchorId="33B360D8"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90pt,79pt" to="523pt,8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" strokecolor="#603"/>
          </w:pict>
        </mc:Fallback>
      </mc:AlternateContent>
    </w:r>
    <w:r w:rsidR="00B17E1E">
      <w:rPr>
        <w:noProof/>
      </w:rPr>
      <w:drawing>
        <wp:anchor distT="0" distB="0" distL="114300" distR="114300" simplePos="0" relativeHeight="251660288" behindDoc="1" locked="0" layoutInCell="1" allowOverlap="1" wp14:anchorId="54FFED01" wp14:editId="32D32F5D">
          <wp:simplePos x="0" y="0"/>
          <wp:positionH relativeFrom="column">
            <wp:posOffset>-850900</wp:posOffset>
          </wp:positionH>
          <wp:positionV relativeFrom="paragraph">
            <wp:posOffset>-457200</wp:posOffset>
          </wp:positionV>
          <wp:extent cx="1828800" cy="1664379"/>
          <wp:effectExtent l="0" t="0" r="0" b="0"/>
          <wp:wrapTight wrapText="bothSides">
            <wp:wrapPolygon edited="0">
              <wp:start x="0" y="0"/>
              <wp:lineTo x="0" y="21262"/>
              <wp:lineTo x="21375" y="21262"/>
              <wp:lineTo x="21375" y="0"/>
              <wp:lineTo x="0" y="0"/>
            </wp:wrapPolygon>
          </wp:wrapTight>
          <wp:docPr id="1789709575" name="Picture 1789709575" descr="A logo for a primary scho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for a primary school&#10;&#10;AI-generated content may be incorrect."/>
                  <pic:cNvPicPr/>
                </pic:nvPicPr>
                <pic:blipFill>
                  <a:blip r:embed="rId1"/>
                  <a:stretch>
                    <a:fillRect/>
                  </a:stretch>
                </pic:blipFill>
                <pic:spPr>
                  <a:xfrm>
                    <a:off x="0" y="0"/>
                    <a:ext cx="1828800" cy="1664379"/>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C961A" w14:textId="77777777" w:rsidR="00751425" w:rsidRDefault="007514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440"/>
        </w:tabs>
        <w:ind w:left="144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3AE4E58"/>
    <w:multiLevelType w:val="hybridMultilevel"/>
    <w:tmpl w:val="638EC6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6B1610E"/>
    <w:multiLevelType w:val="hybridMultilevel"/>
    <w:tmpl w:val="4AA60F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170F25"/>
    <w:multiLevelType w:val="hybridMultilevel"/>
    <w:tmpl w:val="AD869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9877AF"/>
    <w:multiLevelType w:val="hybridMultilevel"/>
    <w:tmpl w:val="6FB299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13B19C9"/>
    <w:multiLevelType w:val="hybridMultilevel"/>
    <w:tmpl w:val="F1864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6906B47"/>
    <w:multiLevelType w:val="hybridMultilevel"/>
    <w:tmpl w:val="5DCE0890"/>
    <w:lvl w:ilvl="0" w:tplc="233ABCC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3F4E63AE"/>
    <w:multiLevelType w:val="hybridMultilevel"/>
    <w:tmpl w:val="07BADC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47864B9"/>
    <w:multiLevelType w:val="hybridMultilevel"/>
    <w:tmpl w:val="D5AE2F5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4F9C6B6D"/>
    <w:multiLevelType w:val="hybridMultilevel"/>
    <w:tmpl w:val="FB5ED7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1806AB9"/>
    <w:multiLevelType w:val="hybridMultilevel"/>
    <w:tmpl w:val="E71835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56846A1"/>
    <w:multiLevelType w:val="hybridMultilevel"/>
    <w:tmpl w:val="BC327B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59A3603"/>
    <w:multiLevelType w:val="hybridMultilevel"/>
    <w:tmpl w:val="EDA213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FE04FC1"/>
    <w:multiLevelType w:val="hybridMultilevel"/>
    <w:tmpl w:val="7D303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6C14989"/>
    <w:multiLevelType w:val="hybridMultilevel"/>
    <w:tmpl w:val="8EB07A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59118F9"/>
    <w:multiLevelType w:val="hybridMultilevel"/>
    <w:tmpl w:val="8A0C9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7676669">
    <w:abstractNumId w:val="8"/>
  </w:num>
  <w:num w:numId="2" w16cid:durableId="1695156998">
    <w:abstractNumId w:val="6"/>
  </w:num>
  <w:num w:numId="3" w16cid:durableId="510724543">
    <w:abstractNumId w:val="5"/>
  </w:num>
  <w:num w:numId="4" w16cid:durableId="1682198021">
    <w:abstractNumId w:val="4"/>
  </w:num>
  <w:num w:numId="5" w16cid:durableId="781725354">
    <w:abstractNumId w:val="7"/>
  </w:num>
  <w:num w:numId="6" w16cid:durableId="1251503440">
    <w:abstractNumId w:val="3"/>
  </w:num>
  <w:num w:numId="7" w16cid:durableId="931469403">
    <w:abstractNumId w:val="2"/>
  </w:num>
  <w:num w:numId="8" w16cid:durableId="973948094">
    <w:abstractNumId w:val="1"/>
  </w:num>
  <w:num w:numId="9" w16cid:durableId="440297270">
    <w:abstractNumId w:val="0"/>
  </w:num>
  <w:num w:numId="10" w16cid:durableId="149755249">
    <w:abstractNumId w:val="9"/>
  </w:num>
  <w:num w:numId="11" w16cid:durableId="1258489479">
    <w:abstractNumId w:val="19"/>
  </w:num>
  <w:num w:numId="12" w16cid:durableId="237447970">
    <w:abstractNumId w:val="20"/>
  </w:num>
  <w:num w:numId="13" w16cid:durableId="445390471">
    <w:abstractNumId w:val="13"/>
  </w:num>
  <w:num w:numId="14" w16cid:durableId="237516729">
    <w:abstractNumId w:val="16"/>
  </w:num>
  <w:num w:numId="15" w16cid:durableId="360936868">
    <w:abstractNumId w:val="18"/>
  </w:num>
  <w:num w:numId="16" w16cid:durableId="1486697748">
    <w:abstractNumId w:val="12"/>
  </w:num>
  <w:num w:numId="17" w16cid:durableId="1991860154">
    <w:abstractNumId w:val="17"/>
  </w:num>
  <w:num w:numId="18" w16cid:durableId="1773351898">
    <w:abstractNumId w:val="22"/>
  </w:num>
  <w:num w:numId="19" w16cid:durableId="1271819554">
    <w:abstractNumId w:val="15"/>
  </w:num>
  <w:num w:numId="20" w16cid:durableId="1644264752">
    <w:abstractNumId w:val="23"/>
  </w:num>
  <w:num w:numId="21" w16cid:durableId="602684236">
    <w:abstractNumId w:val="11"/>
  </w:num>
  <w:num w:numId="22" w16cid:durableId="346835600">
    <w:abstractNumId w:val="21"/>
  </w:num>
  <w:num w:numId="23" w16cid:durableId="1285847380">
    <w:abstractNumId w:val="10"/>
  </w:num>
  <w:num w:numId="24" w16cid:durableId="18847560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54AF"/>
    <w:rsid w:val="00034616"/>
    <w:rsid w:val="0004346E"/>
    <w:rsid w:val="0006063C"/>
    <w:rsid w:val="0007138D"/>
    <w:rsid w:val="00073EE7"/>
    <w:rsid w:val="00084BC7"/>
    <w:rsid w:val="000958BF"/>
    <w:rsid w:val="000A5E1B"/>
    <w:rsid w:val="000D1FBD"/>
    <w:rsid w:val="000E4478"/>
    <w:rsid w:val="000E5545"/>
    <w:rsid w:val="00101A7A"/>
    <w:rsid w:val="00104CBB"/>
    <w:rsid w:val="00110BFB"/>
    <w:rsid w:val="00114D1D"/>
    <w:rsid w:val="001422E1"/>
    <w:rsid w:val="0015074B"/>
    <w:rsid w:val="00154448"/>
    <w:rsid w:val="0017724D"/>
    <w:rsid w:val="00177DC9"/>
    <w:rsid w:val="00182D7D"/>
    <w:rsid w:val="0018735B"/>
    <w:rsid w:val="00196EDC"/>
    <w:rsid w:val="001B2BC5"/>
    <w:rsid w:val="001C2FD3"/>
    <w:rsid w:val="001C6903"/>
    <w:rsid w:val="001C6EA5"/>
    <w:rsid w:val="001D30F8"/>
    <w:rsid w:val="001E65C7"/>
    <w:rsid w:val="001F680B"/>
    <w:rsid w:val="0022658D"/>
    <w:rsid w:val="00226A2A"/>
    <w:rsid w:val="00244870"/>
    <w:rsid w:val="002478E3"/>
    <w:rsid w:val="00251CD4"/>
    <w:rsid w:val="00255B8F"/>
    <w:rsid w:val="0026205E"/>
    <w:rsid w:val="00266C1E"/>
    <w:rsid w:val="002716FC"/>
    <w:rsid w:val="00273773"/>
    <w:rsid w:val="00282770"/>
    <w:rsid w:val="0029639D"/>
    <w:rsid w:val="00297BD2"/>
    <w:rsid w:val="002A3739"/>
    <w:rsid w:val="002C6625"/>
    <w:rsid w:val="00320EF7"/>
    <w:rsid w:val="00326F90"/>
    <w:rsid w:val="003434C0"/>
    <w:rsid w:val="003465EB"/>
    <w:rsid w:val="003469DA"/>
    <w:rsid w:val="00353F55"/>
    <w:rsid w:val="00374741"/>
    <w:rsid w:val="00396FC6"/>
    <w:rsid w:val="003A4D31"/>
    <w:rsid w:val="003B1332"/>
    <w:rsid w:val="003B2F8F"/>
    <w:rsid w:val="003F0CDC"/>
    <w:rsid w:val="003F462E"/>
    <w:rsid w:val="004409B2"/>
    <w:rsid w:val="00475513"/>
    <w:rsid w:val="004964E3"/>
    <w:rsid w:val="004B67DD"/>
    <w:rsid w:val="004E75B8"/>
    <w:rsid w:val="004F64AE"/>
    <w:rsid w:val="00506F0A"/>
    <w:rsid w:val="00591971"/>
    <w:rsid w:val="005A586F"/>
    <w:rsid w:val="005C20D0"/>
    <w:rsid w:val="005E6AF5"/>
    <w:rsid w:val="00601731"/>
    <w:rsid w:val="0060681D"/>
    <w:rsid w:val="00656733"/>
    <w:rsid w:val="00662421"/>
    <w:rsid w:val="00685C75"/>
    <w:rsid w:val="00686BFB"/>
    <w:rsid w:val="00691411"/>
    <w:rsid w:val="00692CC7"/>
    <w:rsid w:val="00696C18"/>
    <w:rsid w:val="00697227"/>
    <w:rsid w:val="006B22A3"/>
    <w:rsid w:val="006B2591"/>
    <w:rsid w:val="006E095E"/>
    <w:rsid w:val="006E40B4"/>
    <w:rsid w:val="006F54BB"/>
    <w:rsid w:val="007072B4"/>
    <w:rsid w:val="00713EBF"/>
    <w:rsid w:val="00717810"/>
    <w:rsid w:val="00751425"/>
    <w:rsid w:val="007670E7"/>
    <w:rsid w:val="00797ACA"/>
    <w:rsid w:val="007A1137"/>
    <w:rsid w:val="007A743E"/>
    <w:rsid w:val="007C676E"/>
    <w:rsid w:val="007D0AC3"/>
    <w:rsid w:val="007F3BFE"/>
    <w:rsid w:val="008020E2"/>
    <w:rsid w:val="00824E89"/>
    <w:rsid w:val="00855231"/>
    <w:rsid w:val="00867CF4"/>
    <w:rsid w:val="00873438"/>
    <w:rsid w:val="008746DA"/>
    <w:rsid w:val="008764BB"/>
    <w:rsid w:val="00896914"/>
    <w:rsid w:val="008A3C9F"/>
    <w:rsid w:val="008B440B"/>
    <w:rsid w:val="008B6538"/>
    <w:rsid w:val="008C0C5C"/>
    <w:rsid w:val="008C56CA"/>
    <w:rsid w:val="008D2B01"/>
    <w:rsid w:val="008F2719"/>
    <w:rsid w:val="008F538E"/>
    <w:rsid w:val="008F6E1F"/>
    <w:rsid w:val="0093357A"/>
    <w:rsid w:val="00935A48"/>
    <w:rsid w:val="00941414"/>
    <w:rsid w:val="00943FA4"/>
    <w:rsid w:val="00961A1E"/>
    <w:rsid w:val="00975E8D"/>
    <w:rsid w:val="00976DDA"/>
    <w:rsid w:val="0098429F"/>
    <w:rsid w:val="00984DAC"/>
    <w:rsid w:val="00985A63"/>
    <w:rsid w:val="00994B93"/>
    <w:rsid w:val="009B778D"/>
    <w:rsid w:val="00A136FB"/>
    <w:rsid w:val="00A26504"/>
    <w:rsid w:val="00A47E49"/>
    <w:rsid w:val="00A5268B"/>
    <w:rsid w:val="00A528FE"/>
    <w:rsid w:val="00A64715"/>
    <w:rsid w:val="00A650AA"/>
    <w:rsid w:val="00A71E98"/>
    <w:rsid w:val="00A849F7"/>
    <w:rsid w:val="00AA1D8D"/>
    <w:rsid w:val="00AA1DA5"/>
    <w:rsid w:val="00AA69E4"/>
    <w:rsid w:val="00AD3FF9"/>
    <w:rsid w:val="00AE797B"/>
    <w:rsid w:val="00AF711E"/>
    <w:rsid w:val="00B0030E"/>
    <w:rsid w:val="00B1097E"/>
    <w:rsid w:val="00B173AE"/>
    <w:rsid w:val="00B17E1E"/>
    <w:rsid w:val="00B403EC"/>
    <w:rsid w:val="00B47730"/>
    <w:rsid w:val="00B734C2"/>
    <w:rsid w:val="00B73FFC"/>
    <w:rsid w:val="00B75EEF"/>
    <w:rsid w:val="00BC0E71"/>
    <w:rsid w:val="00BC2114"/>
    <w:rsid w:val="00BC3D9F"/>
    <w:rsid w:val="00BE460C"/>
    <w:rsid w:val="00C14C64"/>
    <w:rsid w:val="00C26D62"/>
    <w:rsid w:val="00C27E7D"/>
    <w:rsid w:val="00C56360"/>
    <w:rsid w:val="00C81B50"/>
    <w:rsid w:val="00C85DDC"/>
    <w:rsid w:val="00CA6707"/>
    <w:rsid w:val="00CB0664"/>
    <w:rsid w:val="00CD7836"/>
    <w:rsid w:val="00CE3A38"/>
    <w:rsid w:val="00D02749"/>
    <w:rsid w:val="00D11BC8"/>
    <w:rsid w:val="00D12D02"/>
    <w:rsid w:val="00D240A6"/>
    <w:rsid w:val="00D43264"/>
    <w:rsid w:val="00D44EE6"/>
    <w:rsid w:val="00D47A68"/>
    <w:rsid w:val="00D55E12"/>
    <w:rsid w:val="00D560CE"/>
    <w:rsid w:val="00D56313"/>
    <w:rsid w:val="00D64608"/>
    <w:rsid w:val="00D80E8C"/>
    <w:rsid w:val="00D9451F"/>
    <w:rsid w:val="00DC4362"/>
    <w:rsid w:val="00DD7217"/>
    <w:rsid w:val="00DE704F"/>
    <w:rsid w:val="00DF0631"/>
    <w:rsid w:val="00E40FED"/>
    <w:rsid w:val="00E65038"/>
    <w:rsid w:val="00E9270E"/>
    <w:rsid w:val="00EC2992"/>
    <w:rsid w:val="00EE51E3"/>
    <w:rsid w:val="00F02D90"/>
    <w:rsid w:val="00F219D1"/>
    <w:rsid w:val="00F27446"/>
    <w:rsid w:val="00F34F7E"/>
    <w:rsid w:val="00F46633"/>
    <w:rsid w:val="00F62A2B"/>
    <w:rsid w:val="00FA11D3"/>
    <w:rsid w:val="00FB694C"/>
    <w:rsid w:val="00FC693F"/>
    <w:rsid w:val="00FD3173"/>
    <w:rsid w:val="00FF0425"/>
    <w:rsid w:val="00FF34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61FE5BA"/>
  <w14:defaultImageDpi w14:val="300"/>
  <w15:docId w15:val="{1AAD1BE9-C0ED-4F43-92AC-77DAA60C9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B75EEF"/>
    <w:rPr>
      <w:color w:val="0000FF" w:themeColor="hyperlink"/>
      <w:u w:val="single"/>
    </w:rPr>
  </w:style>
  <w:style w:type="character" w:styleId="UnresolvedMention">
    <w:name w:val="Unresolved Mention"/>
    <w:basedOn w:val="DefaultParagraphFont"/>
    <w:uiPriority w:val="99"/>
    <w:semiHidden/>
    <w:unhideWhenUsed/>
    <w:rsid w:val="00B75E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DC143F-C4F4-4E5C-BAAF-5DCDB48C3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1072</Words>
  <Characters>6112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7170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Elizabeth Plimmer</cp:lastModifiedBy>
  <cp:revision>8</cp:revision>
  <cp:lastPrinted>2026-01-07T11:37:00Z</cp:lastPrinted>
  <dcterms:created xsi:type="dcterms:W3CDTF">2026-07-26T12:26:00Z</dcterms:created>
  <dcterms:modified xsi:type="dcterms:W3CDTF">2026-07-26T12:34:00Z</dcterms:modified>
  <cp:category/>
</cp:coreProperties>
</file>